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092BA7" w14:textId="77777777" w:rsidR="0085442A" w:rsidRPr="00465030" w:rsidRDefault="0085442A" w:rsidP="0085442A">
      <w:pPr>
        <w:pStyle w:val="Titolo1"/>
        <w:jc w:val="center"/>
        <w:rPr>
          <w:rFonts w:ascii="Times New Roman" w:hAnsi="Times New Roman"/>
          <w:color w:val="000000"/>
          <w:sz w:val="24"/>
          <w:szCs w:val="24"/>
        </w:rPr>
      </w:pPr>
      <w:r w:rsidRPr="00465030">
        <w:rPr>
          <w:color w:val="000000"/>
          <w:sz w:val="24"/>
          <w:szCs w:val="24"/>
        </w:rPr>
        <w:t>ALLEGATO A</w:t>
      </w:r>
    </w:p>
    <w:p w14:paraId="7BDC8BF1" w14:textId="77777777" w:rsidR="0085442A" w:rsidRPr="00465030" w:rsidRDefault="0085442A" w:rsidP="0085442A">
      <w:pPr>
        <w:pStyle w:val="Titolo2"/>
        <w:jc w:val="center"/>
        <w:rPr>
          <w:color w:val="000000"/>
          <w:sz w:val="24"/>
          <w:szCs w:val="24"/>
        </w:rPr>
      </w:pPr>
      <w:r w:rsidRPr="00465030">
        <w:rPr>
          <w:color w:val="000000"/>
          <w:sz w:val="24"/>
          <w:szCs w:val="24"/>
        </w:rPr>
        <w:t>DOMANDA DI PARTECIPAZIONE ALLA SHORT LIST</w:t>
      </w:r>
    </w:p>
    <w:p w14:paraId="56F19A81" w14:textId="77777777" w:rsidR="0085442A" w:rsidRPr="00465030" w:rsidRDefault="0085442A" w:rsidP="0085442A">
      <w:pPr>
        <w:pStyle w:val="Titolo3"/>
        <w:jc w:val="center"/>
        <w:rPr>
          <w:color w:val="000000"/>
          <w:sz w:val="24"/>
          <w:szCs w:val="24"/>
        </w:rPr>
      </w:pPr>
      <w:r w:rsidRPr="00465030">
        <w:rPr>
          <w:color w:val="000000"/>
          <w:sz w:val="24"/>
          <w:szCs w:val="24"/>
        </w:rPr>
        <w:t xml:space="preserve">Progetto “S.C.O.P.R.I. – Screening </w:t>
      </w:r>
      <w:proofErr w:type="spellStart"/>
      <w:r w:rsidRPr="00465030">
        <w:rPr>
          <w:color w:val="000000"/>
          <w:sz w:val="24"/>
          <w:szCs w:val="24"/>
        </w:rPr>
        <w:t>Coordinati</w:t>
      </w:r>
      <w:proofErr w:type="spellEnd"/>
      <w:r w:rsidRPr="00465030">
        <w:rPr>
          <w:color w:val="000000"/>
          <w:sz w:val="24"/>
          <w:szCs w:val="24"/>
        </w:rPr>
        <w:t xml:space="preserve"> per la </w:t>
      </w:r>
      <w:proofErr w:type="spellStart"/>
      <w:r w:rsidRPr="00465030">
        <w:rPr>
          <w:color w:val="000000"/>
          <w:sz w:val="24"/>
          <w:szCs w:val="24"/>
        </w:rPr>
        <w:t>Prevenzione</w:t>
      </w:r>
      <w:proofErr w:type="spellEnd"/>
      <w:r w:rsidRPr="00465030">
        <w:rPr>
          <w:color w:val="000000"/>
          <w:sz w:val="24"/>
          <w:szCs w:val="24"/>
        </w:rPr>
        <w:t xml:space="preserve"> e la </w:t>
      </w:r>
      <w:proofErr w:type="spellStart"/>
      <w:r w:rsidRPr="00465030">
        <w:rPr>
          <w:color w:val="000000"/>
          <w:sz w:val="24"/>
          <w:szCs w:val="24"/>
        </w:rPr>
        <w:t>Rilevazione</w:t>
      </w:r>
      <w:proofErr w:type="spellEnd"/>
      <w:r w:rsidRPr="00465030">
        <w:rPr>
          <w:color w:val="000000"/>
          <w:sz w:val="24"/>
          <w:szCs w:val="24"/>
        </w:rPr>
        <w:t xml:space="preserve"> </w:t>
      </w:r>
      <w:proofErr w:type="spellStart"/>
      <w:r w:rsidRPr="00465030">
        <w:rPr>
          <w:color w:val="000000"/>
          <w:sz w:val="24"/>
          <w:szCs w:val="24"/>
        </w:rPr>
        <w:t>Iniziale</w:t>
      </w:r>
      <w:proofErr w:type="spellEnd"/>
      <w:r w:rsidRPr="00465030">
        <w:rPr>
          <w:color w:val="000000"/>
          <w:sz w:val="24"/>
          <w:szCs w:val="24"/>
        </w:rPr>
        <w:t>”</w:t>
      </w:r>
    </w:p>
    <w:p w14:paraId="0DC12DBE" w14:textId="77777777" w:rsidR="0085442A" w:rsidRPr="00465030" w:rsidRDefault="0085442A" w:rsidP="0085442A">
      <w:pPr>
        <w:pStyle w:val="Titolo3"/>
        <w:jc w:val="center"/>
        <w:rPr>
          <w:color w:val="000000"/>
          <w:sz w:val="24"/>
          <w:szCs w:val="24"/>
        </w:rPr>
      </w:pPr>
      <w:r w:rsidRPr="00465030">
        <w:rPr>
          <w:color w:val="000000"/>
          <w:sz w:val="24"/>
          <w:szCs w:val="24"/>
        </w:rPr>
        <w:t>CUP: B41H24000840007</w:t>
      </w:r>
    </w:p>
    <w:p w14:paraId="15C4172E" w14:textId="14C176CA" w:rsidR="0085442A" w:rsidRPr="00465030" w:rsidRDefault="0085442A" w:rsidP="00465030">
      <w:pPr>
        <w:pStyle w:val="NormaleWeb"/>
        <w:rPr>
          <w:color w:val="000000"/>
          <w:sz w:val="20"/>
          <w:szCs w:val="20"/>
        </w:rPr>
      </w:pPr>
      <w:r w:rsidRPr="00465030">
        <w:rPr>
          <w:rStyle w:val="Enfasigrassetto"/>
          <w:color w:val="000000"/>
          <w:sz w:val="20"/>
          <w:szCs w:val="20"/>
        </w:rPr>
        <w:t xml:space="preserve">Spett.le ASSeL – Assistenza e Lavoro </w:t>
      </w:r>
      <w:proofErr w:type="spellStart"/>
      <w:r w:rsidRPr="00465030">
        <w:rPr>
          <w:rStyle w:val="Enfasigrassetto"/>
          <w:color w:val="000000"/>
          <w:sz w:val="20"/>
          <w:szCs w:val="20"/>
        </w:rPr>
        <w:t>s.c.s</w:t>
      </w:r>
      <w:proofErr w:type="spellEnd"/>
      <w:r w:rsidRPr="00465030">
        <w:rPr>
          <w:rStyle w:val="Enfasigrassetto"/>
          <w:color w:val="000000"/>
          <w:sz w:val="20"/>
          <w:szCs w:val="20"/>
        </w:rPr>
        <w:t>. per azioni – ETS</w:t>
      </w:r>
      <w:r w:rsidRPr="00465030">
        <w:rPr>
          <w:color w:val="000000"/>
          <w:sz w:val="20"/>
          <w:szCs w:val="20"/>
        </w:rPr>
        <w:br/>
        <w:t>Via San Leonardo n. 52 – Scala C, II piano</w:t>
      </w:r>
      <w:r w:rsidRPr="00465030">
        <w:rPr>
          <w:color w:val="000000"/>
          <w:sz w:val="20"/>
          <w:szCs w:val="20"/>
        </w:rPr>
        <w:br/>
        <w:t>84131 Salerno</w:t>
      </w:r>
    </w:p>
    <w:p w14:paraId="60FACFDB" w14:textId="59FDA21A" w:rsidR="0085442A" w:rsidRPr="00465030" w:rsidRDefault="0085442A" w:rsidP="0085442A">
      <w:pPr>
        <w:pStyle w:val="Titolo2"/>
        <w:rPr>
          <w:color w:val="000000"/>
          <w:sz w:val="20"/>
          <w:szCs w:val="20"/>
        </w:rPr>
      </w:pPr>
      <w:proofErr w:type="spellStart"/>
      <w:r w:rsidRPr="00465030">
        <w:rPr>
          <w:color w:val="000000"/>
          <w:sz w:val="20"/>
          <w:szCs w:val="20"/>
        </w:rPr>
        <w:t>Oggetto</w:t>
      </w:r>
      <w:proofErr w:type="spellEnd"/>
      <w:r w:rsidRPr="00465030">
        <w:rPr>
          <w:color w:val="000000"/>
          <w:sz w:val="20"/>
          <w:szCs w:val="20"/>
        </w:rPr>
        <w:t xml:space="preserve">: </w:t>
      </w:r>
      <w:proofErr w:type="spellStart"/>
      <w:r w:rsidRPr="00465030">
        <w:rPr>
          <w:rStyle w:val="Enfasigrassetto"/>
          <w:color w:val="000000"/>
          <w:sz w:val="20"/>
          <w:szCs w:val="20"/>
        </w:rPr>
        <w:t>Domanda</w:t>
      </w:r>
      <w:proofErr w:type="spellEnd"/>
      <w:r w:rsidRPr="00465030">
        <w:rPr>
          <w:rStyle w:val="Enfasigrassetto"/>
          <w:color w:val="000000"/>
          <w:sz w:val="20"/>
          <w:szCs w:val="20"/>
        </w:rPr>
        <w:t xml:space="preserve"> di </w:t>
      </w:r>
      <w:proofErr w:type="spellStart"/>
      <w:r w:rsidRPr="00465030">
        <w:rPr>
          <w:rStyle w:val="Enfasigrassetto"/>
          <w:color w:val="000000"/>
          <w:sz w:val="20"/>
          <w:szCs w:val="20"/>
        </w:rPr>
        <w:t>iscrizione</w:t>
      </w:r>
      <w:proofErr w:type="spellEnd"/>
      <w:r w:rsidRPr="00465030">
        <w:rPr>
          <w:rStyle w:val="Enfasigrassetto"/>
          <w:color w:val="000000"/>
          <w:sz w:val="20"/>
          <w:szCs w:val="20"/>
        </w:rPr>
        <w:t xml:space="preserve"> alla short list del progetto “S.C.O.P.R.I. – Screening Coordinati per la Prevenzione e la Rilevazione Iniziale” – Candidatura per il profilo professionale di __________________________.</w:t>
      </w:r>
    </w:p>
    <w:p w14:paraId="1104E55E" w14:textId="4AC560E2" w:rsidR="0085442A" w:rsidRPr="00465030" w:rsidRDefault="0085442A" w:rsidP="0085442A">
      <w:pPr>
        <w:rPr>
          <w:szCs w:val="20"/>
        </w:rPr>
      </w:pPr>
    </w:p>
    <w:p w14:paraId="689C31B6" w14:textId="3A71A10F" w:rsidR="00465030" w:rsidRPr="00465030" w:rsidRDefault="00465030" w:rsidP="00465030">
      <w:pPr>
        <w:rPr>
          <w:szCs w:val="20"/>
        </w:rPr>
      </w:pPr>
      <w:r w:rsidRPr="00465030">
        <w:rPr>
          <w:szCs w:val="20"/>
        </w:rPr>
        <w:t xml:space="preserve">Il/La </w:t>
      </w:r>
      <w:proofErr w:type="spellStart"/>
      <w:r w:rsidRPr="00465030">
        <w:rPr>
          <w:szCs w:val="20"/>
        </w:rPr>
        <w:t>sottoscritto</w:t>
      </w:r>
      <w:proofErr w:type="spellEnd"/>
      <w:r w:rsidRPr="00465030">
        <w:rPr>
          <w:szCs w:val="20"/>
        </w:rPr>
        <w:t>/a ________________________</w:t>
      </w:r>
      <w:proofErr w:type="gramStart"/>
      <w:r w:rsidRPr="00465030">
        <w:rPr>
          <w:szCs w:val="20"/>
        </w:rPr>
        <w:t>_,</w:t>
      </w:r>
      <w:proofErr w:type="spellStart"/>
      <w:r w:rsidRPr="00465030">
        <w:rPr>
          <w:szCs w:val="20"/>
        </w:rPr>
        <w:t>nato</w:t>
      </w:r>
      <w:proofErr w:type="spellEnd"/>
      <w:proofErr w:type="gramEnd"/>
      <w:r w:rsidRPr="00465030">
        <w:rPr>
          <w:szCs w:val="20"/>
        </w:rPr>
        <w:t xml:space="preserve">/a a _______________________________il ___/___/______ Prov. ______, </w:t>
      </w:r>
      <w:proofErr w:type="spellStart"/>
      <w:r w:rsidRPr="00465030">
        <w:rPr>
          <w:szCs w:val="20"/>
        </w:rPr>
        <w:t>Codice</w:t>
      </w:r>
      <w:proofErr w:type="spellEnd"/>
      <w:r w:rsidRPr="00465030">
        <w:rPr>
          <w:szCs w:val="20"/>
        </w:rPr>
        <w:t xml:space="preserve"> </w:t>
      </w:r>
      <w:proofErr w:type="spellStart"/>
      <w:r w:rsidRPr="00465030">
        <w:rPr>
          <w:szCs w:val="20"/>
        </w:rPr>
        <w:t>Fiscale</w:t>
      </w:r>
      <w:proofErr w:type="spellEnd"/>
      <w:r w:rsidRPr="00465030">
        <w:rPr>
          <w:szCs w:val="20"/>
        </w:rPr>
        <w:t xml:space="preserve"> _______________________________________</w:t>
      </w:r>
      <w:proofErr w:type="gramStart"/>
      <w:r w:rsidRPr="00465030">
        <w:rPr>
          <w:szCs w:val="20"/>
        </w:rPr>
        <w:t>_,</w:t>
      </w:r>
      <w:proofErr w:type="spellStart"/>
      <w:r w:rsidRPr="00465030">
        <w:rPr>
          <w:szCs w:val="20"/>
        </w:rPr>
        <w:t>residente</w:t>
      </w:r>
      <w:proofErr w:type="spellEnd"/>
      <w:proofErr w:type="gramEnd"/>
      <w:r w:rsidRPr="00465030">
        <w:rPr>
          <w:szCs w:val="20"/>
        </w:rPr>
        <w:t xml:space="preserve"> in __________________ Prov. ______, Via/Piazza ____________________________n. _____</w:t>
      </w:r>
      <w:proofErr w:type="gramStart"/>
      <w:r w:rsidRPr="00465030">
        <w:rPr>
          <w:szCs w:val="20"/>
        </w:rPr>
        <w:t>_,CAP</w:t>
      </w:r>
      <w:proofErr w:type="gramEnd"/>
      <w:r w:rsidRPr="00465030">
        <w:rPr>
          <w:szCs w:val="20"/>
        </w:rPr>
        <w:t xml:space="preserve"> ________, </w:t>
      </w:r>
      <w:proofErr w:type="spellStart"/>
      <w:r w:rsidRPr="00465030">
        <w:rPr>
          <w:szCs w:val="20"/>
        </w:rPr>
        <w:t>telefono</w:t>
      </w:r>
      <w:proofErr w:type="spellEnd"/>
      <w:r w:rsidRPr="00465030">
        <w:rPr>
          <w:szCs w:val="20"/>
        </w:rPr>
        <w:t>______________</w:t>
      </w:r>
      <w:proofErr w:type="gramStart"/>
      <w:r w:rsidRPr="00465030">
        <w:rPr>
          <w:szCs w:val="20"/>
        </w:rPr>
        <w:t>_  e-mail</w:t>
      </w:r>
      <w:proofErr w:type="gramEnd"/>
      <w:r w:rsidRPr="00465030">
        <w:rPr>
          <w:szCs w:val="20"/>
        </w:rPr>
        <w:t xml:space="preserve"> _______________________________________</w:t>
      </w:r>
      <w:proofErr w:type="gramStart"/>
      <w:r w:rsidRPr="00465030">
        <w:rPr>
          <w:szCs w:val="20"/>
        </w:rPr>
        <w:t>_,PEC</w:t>
      </w:r>
      <w:proofErr w:type="gramEnd"/>
      <w:r w:rsidRPr="00465030">
        <w:rPr>
          <w:szCs w:val="20"/>
        </w:rPr>
        <w:t xml:space="preserve"> __________________________________________,</w:t>
      </w:r>
    </w:p>
    <w:p w14:paraId="4686F0CB" w14:textId="3BCAA802" w:rsidR="0085442A" w:rsidRPr="00465030" w:rsidRDefault="0085442A" w:rsidP="0085442A">
      <w:pPr>
        <w:pStyle w:val="NormaleWeb"/>
        <w:rPr>
          <w:color w:val="000000"/>
          <w:sz w:val="20"/>
          <w:szCs w:val="20"/>
        </w:rPr>
      </w:pPr>
      <w:r w:rsidRPr="00465030">
        <w:rPr>
          <w:color w:val="000000"/>
          <w:sz w:val="20"/>
          <w:szCs w:val="20"/>
        </w:rPr>
        <w:t>presa visione dell’</w:t>
      </w:r>
      <w:r w:rsidRPr="00465030">
        <w:rPr>
          <w:rStyle w:val="Enfasigrassetto"/>
          <w:color w:val="000000"/>
          <w:sz w:val="20"/>
          <w:szCs w:val="20"/>
        </w:rPr>
        <w:t>Avviso pubblico per la costituzione di una short list di figure professionali da coinvolgere nelle attività del progetto “S.C.O.P.R.I. – Screening Coordinati per la Prevenzione e la Rilevazione Iniziale”</w:t>
      </w:r>
      <w:r w:rsidRPr="00465030">
        <w:rPr>
          <w:color w:val="000000"/>
          <w:sz w:val="20"/>
          <w:szCs w:val="20"/>
        </w:rPr>
        <w:t>, CUP</w:t>
      </w:r>
      <w:r w:rsidRPr="00465030">
        <w:rPr>
          <w:rStyle w:val="apple-converted-space"/>
          <w:color w:val="000000"/>
          <w:sz w:val="20"/>
          <w:szCs w:val="20"/>
        </w:rPr>
        <w:t> </w:t>
      </w:r>
      <w:r w:rsidRPr="00465030">
        <w:rPr>
          <w:rStyle w:val="Enfasigrassetto"/>
          <w:color w:val="000000"/>
          <w:sz w:val="20"/>
          <w:szCs w:val="20"/>
        </w:rPr>
        <w:t>B41H24000840007</w:t>
      </w:r>
      <w:r w:rsidRPr="00465030">
        <w:rPr>
          <w:color w:val="000000"/>
          <w:sz w:val="20"/>
          <w:szCs w:val="20"/>
        </w:rPr>
        <w:t>,</w:t>
      </w:r>
    </w:p>
    <w:p w14:paraId="41D06673" w14:textId="77777777" w:rsidR="0085442A" w:rsidRPr="00465030" w:rsidRDefault="0085442A" w:rsidP="0085442A">
      <w:pPr>
        <w:pStyle w:val="Titolo2"/>
        <w:jc w:val="center"/>
        <w:rPr>
          <w:color w:val="000000"/>
          <w:sz w:val="20"/>
          <w:szCs w:val="20"/>
        </w:rPr>
      </w:pPr>
      <w:r w:rsidRPr="00465030">
        <w:rPr>
          <w:color w:val="000000"/>
          <w:sz w:val="20"/>
          <w:szCs w:val="20"/>
        </w:rPr>
        <w:t>CHIEDE</w:t>
      </w:r>
    </w:p>
    <w:p w14:paraId="72F72749" w14:textId="77777777" w:rsidR="0085442A" w:rsidRPr="00465030" w:rsidRDefault="0085442A" w:rsidP="0085442A">
      <w:pPr>
        <w:pStyle w:val="NormaleWeb"/>
        <w:rPr>
          <w:color w:val="000000"/>
          <w:sz w:val="20"/>
          <w:szCs w:val="20"/>
        </w:rPr>
      </w:pPr>
      <w:r w:rsidRPr="00465030">
        <w:rPr>
          <w:color w:val="000000"/>
          <w:sz w:val="20"/>
          <w:szCs w:val="20"/>
        </w:rPr>
        <w:t>di essere ammesso/a alla procedura di selezione per l’iscrizione nella short list di figure professionali da coinvolgere nelle attività progettuali, per il seguente profilo:</w:t>
      </w:r>
    </w:p>
    <w:p w14:paraId="53876EA5" w14:textId="343C9025" w:rsidR="0085442A" w:rsidRPr="00465030" w:rsidRDefault="0085442A" w:rsidP="00465030">
      <w:pPr>
        <w:pStyle w:val="NormaleWeb"/>
        <w:rPr>
          <w:color w:val="000000"/>
          <w:sz w:val="20"/>
          <w:szCs w:val="20"/>
        </w:rPr>
      </w:pPr>
      <w:r w:rsidRPr="00465030">
        <w:rPr>
          <w:rFonts w:ascii="Segoe UI Symbol" w:hAnsi="Segoe UI Symbol" w:cs="Segoe UI Symbol"/>
          <w:color w:val="000000"/>
          <w:sz w:val="20"/>
          <w:szCs w:val="20"/>
        </w:rPr>
        <w:t>☐</w:t>
      </w:r>
      <w:r w:rsidRPr="00465030">
        <w:rPr>
          <w:rStyle w:val="apple-converted-space"/>
          <w:color w:val="000000"/>
          <w:sz w:val="20"/>
          <w:szCs w:val="20"/>
        </w:rPr>
        <w:t> </w:t>
      </w:r>
      <w:r w:rsidRPr="00465030">
        <w:rPr>
          <w:rStyle w:val="Enfasigrassetto"/>
          <w:color w:val="000000"/>
          <w:sz w:val="20"/>
          <w:szCs w:val="20"/>
        </w:rPr>
        <w:t>Assistente Sociale</w:t>
      </w:r>
      <w:r w:rsidRPr="00465030">
        <w:rPr>
          <w:color w:val="000000"/>
          <w:sz w:val="20"/>
          <w:szCs w:val="20"/>
        </w:rPr>
        <w:br/>
      </w:r>
      <w:r w:rsidRPr="00465030">
        <w:rPr>
          <w:rFonts w:ascii="Segoe UI Symbol" w:hAnsi="Segoe UI Symbol" w:cs="Segoe UI Symbol"/>
          <w:color w:val="000000"/>
          <w:sz w:val="20"/>
          <w:szCs w:val="20"/>
        </w:rPr>
        <w:t>☐</w:t>
      </w:r>
      <w:r w:rsidRPr="00465030">
        <w:rPr>
          <w:rStyle w:val="apple-converted-space"/>
          <w:color w:val="000000"/>
          <w:sz w:val="20"/>
          <w:szCs w:val="20"/>
        </w:rPr>
        <w:t> </w:t>
      </w:r>
      <w:r w:rsidRPr="00465030">
        <w:rPr>
          <w:rStyle w:val="Enfasigrassetto"/>
          <w:color w:val="000000"/>
          <w:sz w:val="20"/>
          <w:szCs w:val="20"/>
        </w:rPr>
        <w:t>Operatore Sociale</w:t>
      </w:r>
      <w:r w:rsidRPr="00465030">
        <w:rPr>
          <w:color w:val="000000"/>
          <w:sz w:val="20"/>
          <w:szCs w:val="20"/>
        </w:rPr>
        <w:br/>
      </w:r>
      <w:r w:rsidRPr="00465030">
        <w:rPr>
          <w:rFonts w:ascii="Segoe UI Symbol" w:hAnsi="Segoe UI Symbol" w:cs="Segoe UI Symbol"/>
          <w:color w:val="000000"/>
          <w:sz w:val="20"/>
          <w:szCs w:val="20"/>
        </w:rPr>
        <w:t>☐</w:t>
      </w:r>
      <w:r w:rsidRPr="00465030">
        <w:rPr>
          <w:rStyle w:val="apple-converted-space"/>
          <w:color w:val="000000"/>
          <w:sz w:val="20"/>
          <w:szCs w:val="20"/>
        </w:rPr>
        <w:t> </w:t>
      </w:r>
      <w:r w:rsidRPr="00465030">
        <w:rPr>
          <w:rStyle w:val="Enfasigrassetto"/>
          <w:color w:val="000000"/>
          <w:sz w:val="20"/>
          <w:szCs w:val="20"/>
        </w:rPr>
        <w:t>Facilitatore Digitale</w:t>
      </w:r>
    </w:p>
    <w:p w14:paraId="0DAC977F" w14:textId="77777777" w:rsidR="0085442A" w:rsidRPr="00465030" w:rsidRDefault="0085442A" w:rsidP="0085442A">
      <w:pPr>
        <w:pStyle w:val="Titolo2"/>
        <w:jc w:val="center"/>
        <w:rPr>
          <w:color w:val="000000"/>
          <w:sz w:val="20"/>
          <w:szCs w:val="20"/>
        </w:rPr>
      </w:pPr>
      <w:r w:rsidRPr="00465030">
        <w:rPr>
          <w:color w:val="000000"/>
          <w:sz w:val="20"/>
          <w:szCs w:val="20"/>
        </w:rPr>
        <w:t>A TAL FINE DICHIARA</w:t>
      </w:r>
    </w:p>
    <w:p w14:paraId="313C97AA" w14:textId="77777777" w:rsidR="0085442A" w:rsidRPr="00465030" w:rsidRDefault="0085442A" w:rsidP="0085442A">
      <w:pPr>
        <w:pStyle w:val="NormaleWeb"/>
        <w:rPr>
          <w:color w:val="000000"/>
          <w:sz w:val="20"/>
          <w:szCs w:val="20"/>
        </w:rPr>
      </w:pPr>
      <w:r w:rsidRPr="00465030">
        <w:rPr>
          <w:color w:val="000000"/>
          <w:sz w:val="20"/>
          <w:szCs w:val="20"/>
        </w:rPr>
        <w:t>ai sensi degli artt. 46 e 47 del D.P.R. 28 dicembre 2000, n. 445, consapevole delle responsabilità penali previste dall’art. 76 del medesimo decreto in caso di dichiarazioni mendaci, nonché della decadenza dai benefici eventualmente conseguiti ai sensi dell’art. 75, quanto segue:</w:t>
      </w:r>
    </w:p>
    <w:p w14:paraId="7C9314E5" w14:textId="77777777" w:rsidR="0085442A" w:rsidRPr="00465030" w:rsidRDefault="0085442A" w:rsidP="0085442A">
      <w:pPr>
        <w:numPr>
          <w:ilvl w:val="0"/>
          <w:numId w:val="10"/>
        </w:numPr>
        <w:spacing w:before="100" w:beforeAutospacing="1" w:after="100" w:afterAutospacing="1" w:line="240" w:lineRule="auto"/>
        <w:rPr>
          <w:color w:val="000000"/>
          <w:szCs w:val="20"/>
        </w:rPr>
      </w:pPr>
      <w:r w:rsidRPr="00465030">
        <w:rPr>
          <w:color w:val="000000"/>
          <w:szCs w:val="20"/>
        </w:rPr>
        <w:t xml:space="preserve">di </w:t>
      </w:r>
      <w:proofErr w:type="spellStart"/>
      <w:r w:rsidRPr="00465030">
        <w:rPr>
          <w:color w:val="000000"/>
          <w:szCs w:val="20"/>
        </w:rPr>
        <w:t>avere</w:t>
      </w:r>
      <w:proofErr w:type="spellEnd"/>
      <w:r w:rsidRPr="00465030">
        <w:rPr>
          <w:color w:val="000000"/>
          <w:szCs w:val="20"/>
        </w:rPr>
        <w:t xml:space="preserve"> </w:t>
      </w:r>
      <w:proofErr w:type="spellStart"/>
      <w:r w:rsidRPr="00465030">
        <w:rPr>
          <w:color w:val="000000"/>
          <w:szCs w:val="20"/>
        </w:rPr>
        <w:t>età</w:t>
      </w:r>
      <w:proofErr w:type="spellEnd"/>
      <w:r w:rsidRPr="00465030">
        <w:rPr>
          <w:color w:val="000000"/>
          <w:szCs w:val="20"/>
        </w:rPr>
        <w:t xml:space="preserve"> non </w:t>
      </w:r>
      <w:proofErr w:type="spellStart"/>
      <w:r w:rsidRPr="00465030">
        <w:rPr>
          <w:color w:val="000000"/>
          <w:szCs w:val="20"/>
        </w:rPr>
        <w:t>inferiore</w:t>
      </w:r>
      <w:proofErr w:type="spellEnd"/>
      <w:r w:rsidRPr="00465030">
        <w:rPr>
          <w:color w:val="000000"/>
          <w:szCs w:val="20"/>
        </w:rPr>
        <w:t xml:space="preserve"> </w:t>
      </w:r>
      <w:proofErr w:type="gramStart"/>
      <w:r w:rsidRPr="00465030">
        <w:rPr>
          <w:color w:val="000000"/>
          <w:szCs w:val="20"/>
        </w:rPr>
        <w:t>a</w:t>
      </w:r>
      <w:proofErr w:type="gramEnd"/>
      <w:r w:rsidRPr="00465030">
        <w:rPr>
          <w:color w:val="000000"/>
          <w:szCs w:val="20"/>
        </w:rPr>
        <w:t xml:space="preserve"> 18 anni;</w:t>
      </w:r>
    </w:p>
    <w:p w14:paraId="3195819D" w14:textId="77777777" w:rsidR="0085442A" w:rsidRPr="00465030" w:rsidRDefault="0085442A" w:rsidP="0085442A">
      <w:pPr>
        <w:numPr>
          <w:ilvl w:val="0"/>
          <w:numId w:val="10"/>
        </w:numPr>
        <w:spacing w:before="100" w:beforeAutospacing="1" w:after="100" w:afterAutospacing="1" w:line="240" w:lineRule="auto"/>
        <w:rPr>
          <w:color w:val="000000"/>
          <w:szCs w:val="20"/>
        </w:rPr>
      </w:pPr>
      <w:r w:rsidRPr="00465030">
        <w:rPr>
          <w:color w:val="000000"/>
          <w:szCs w:val="20"/>
        </w:rPr>
        <w:t xml:space="preserve">di </w:t>
      </w:r>
      <w:proofErr w:type="spellStart"/>
      <w:r w:rsidRPr="00465030">
        <w:rPr>
          <w:color w:val="000000"/>
          <w:szCs w:val="20"/>
        </w:rPr>
        <w:t>essere</w:t>
      </w:r>
      <w:proofErr w:type="spellEnd"/>
      <w:r w:rsidRPr="00465030">
        <w:rPr>
          <w:color w:val="000000"/>
          <w:szCs w:val="20"/>
        </w:rPr>
        <w:t xml:space="preserve"> </w:t>
      </w:r>
      <w:proofErr w:type="spellStart"/>
      <w:r w:rsidRPr="00465030">
        <w:rPr>
          <w:color w:val="000000"/>
          <w:szCs w:val="20"/>
        </w:rPr>
        <w:t>cittadino</w:t>
      </w:r>
      <w:proofErr w:type="spellEnd"/>
      <w:r w:rsidRPr="00465030">
        <w:rPr>
          <w:color w:val="000000"/>
          <w:szCs w:val="20"/>
        </w:rPr>
        <w:t>/a:</w:t>
      </w:r>
      <w:r w:rsidRPr="00465030">
        <w:rPr>
          <w:color w:val="000000"/>
          <w:szCs w:val="20"/>
        </w:rPr>
        <w:br/>
      </w:r>
      <w:r w:rsidRPr="00465030">
        <w:rPr>
          <w:rFonts w:ascii="Segoe UI Symbol" w:hAnsi="Segoe UI Symbol" w:cs="Segoe UI Symbol"/>
          <w:color w:val="000000"/>
          <w:szCs w:val="20"/>
        </w:rPr>
        <w:t>☐</w:t>
      </w:r>
      <w:r w:rsidRPr="00465030">
        <w:rPr>
          <w:color w:val="000000"/>
          <w:szCs w:val="20"/>
        </w:rPr>
        <w:t xml:space="preserve"> </w:t>
      </w:r>
      <w:proofErr w:type="spellStart"/>
      <w:r w:rsidRPr="00465030">
        <w:rPr>
          <w:color w:val="000000"/>
          <w:szCs w:val="20"/>
        </w:rPr>
        <w:t>italiano</w:t>
      </w:r>
      <w:proofErr w:type="spellEnd"/>
      <w:r w:rsidRPr="00465030">
        <w:rPr>
          <w:color w:val="000000"/>
          <w:szCs w:val="20"/>
        </w:rPr>
        <w:t>/a;</w:t>
      </w:r>
      <w:r w:rsidRPr="00465030">
        <w:rPr>
          <w:color w:val="000000"/>
          <w:szCs w:val="20"/>
        </w:rPr>
        <w:br/>
      </w:r>
      <w:r w:rsidRPr="00465030">
        <w:rPr>
          <w:rFonts w:ascii="Segoe UI Symbol" w:hAnsi="Segoe UI Symbol" w:cs="Segoe UI Symbol"/>
          <w:color w:val="000000"/>
          <w:szCs w:val="20"/>
        </w:rPr>
        <w:t>☐</w:t>
      </w:r>
      <w:r w:rsidRPr="00465030">
        <w:rPr>
          <w:color w:val="000000"/>
          <w:szCs w:val="20"/>
        </w:rPr>
        <w:t xml:space="preserve"> di uno Stato </w:t>
      </w:r>
      <w:proofErr w:type="spellStart"/>
      <w:r w:rsidRPr="00465030">
        <w:rPr>
          <w:color w:val="000000"/>
          <w:szCs w:val="20"/>
        </w:rPr>
        <w:t>membro</w:t>
      </w:r>
      <w:proofErr w:type="spellEnd"/>
      <w:r w:rsidRPr="00465030">
        <w:rPr>
          <w:color w:val="000000"/>
          <w:szCs w:val="20"/>
        </w:rPr>
        <w:t xml:space="preserve"> </w:t>
      </w:r>
      <w:proofErr w:type="spellStart"/>
      <w:r w:rsidRPr="00465030">
        <w:rPr>
          <w:color w:val="000000"/>
          <w:szCs w:val="20"/>
        </w:rPr>
        <w:t>dell’Unione</w:t>
      </w:r>
      <w:proofErr w:type="spellEnd"/>
      <w:r w:rsidRPr="00465030">
        <w:rPr>
          <w:color w:val="000000"/>
          <w:szCs w:val="20"/>
        </w:rPr>
        <w:t xml:space="preserve"> Europea;</w:t>
      </w:r>
      <w:r w:rsidRPr="00465030">
        <w:rPr>
          <w:color w:val="000000"/>
          <w:szCs w:val="20"/>
        </w:rPr>
        <w:br/>
      </w:r>
      <w:r w:rsidRPr="00465030">
        <w:rPr>
          <w:rFonts w:ascii="Segoe UI Symbol" w:hAnsi="Segoe UI Symbol" w:cs="Segoe UI Symbol"/>
          <w:color w:val="000000"/>
          <w:szCs w:val="20"/>
        </w:rPr>
        <w:t>☐</w:t>
      </w:r>
      <w:r w:rsidRPr="00465030">
        <w:rPr>
          <w:color w:val="000000"/>
          <w:szCs w:val="20"/>
        </w:rPr>
        <w:t xml:space="preserve"> di Paese </w:t>
      </w:r>
      <w:proofErr w:type="spellStart"/>
      <w:r w:rsidRPr="00465030">
        <w:rPr>
          <w:color w:val="000000"/>
          <w:szCs w:val="20"/>
        </w:rPr>
        <w:t>terzo</w:t>
      </w:r>
      <w:proofErr w:type="spellEnd"/>
      <w:r w:rsidRPr="00465030">
        <w:rPr>
          <w:color w:val="000000"/>
          <w:szCs w:val="20"/>
        </w:rPr>
        <w:t xml:space="preserve">, in </w:t>
      </w:r>
      <w:proofErr w:type="spellStart"/>
      <w:r w:rsidRPr="00465030">
        <w:rPr>
          <w:color w:val="000000"/>
          <w:szCs w:val="20"/>
        </w:rPr>
        <w:t>possesso</w:t>
      </w:r>
      <w:proofErr w:type="spellEnd"/>
      <w:r w:rsidRPr="00465030">
        <w:rPr>
          <w:color w:val="000000"/>
          <w:szCs w:val="20"/>
        </w:rPr>
        <w:t xml:space="preserve"> di </w:t>
      </w:r>
      <w:proofErr w:type="spellStart"/>
      <w:r w:rsidRPr="00465030">
        <w:rPr>
          <w:color w:val="000000"/>
          <w:szCs w:val="20"/>
        </w:rPr>
        <w:t>regolare</w:t>
      </w:r>
      <w:proofErr w:type="spellEnd"/>
      <w:r w:rsidRPr="00465030">
        <w:rPr>
          <w:color w:val="000000"/>
          <w:szCs w:val="20"/>
        </w:rPr>
        <w:t xml:space="preserve"> </w:t>
      </w:r>
      <w:proofErr w:type="spellStart"/>
      <w:r w:rsidRPr="00465030">
        <w:rPr>
          <w:color w:val="000000"/>
          <w:szCs w:val="20"/>
        </w:rPr>
        <w:t>titolo</w:t>
      </w:r>
      <w:proofErr w:type="spellEnd"/>
      <w:r w:rsidRPr="00465030">
        <w:rPr>
          <w:color w:val="000000"/>
          <w:szCs w:val="20"/>
        </w:rPr>
        <w:t xml:space="preserve"> di </w:t>
      </w:r>
      <w:proofErr w:type="spellStart"/>
      <w:r w:rsidRPr="00465030">
        <w:rPr>
          <w:color w:val="000000"/>
          <w:szCs w:val="20"/>
        </w:rPr>
        <w:t>soggiorno</w:t>
      </w:r>
      <w:proofErr w:type="spellEnd"/>
      <w:r w:rsidRPr="00465030">
        <w:rPr>
          <w:color w:val="000000"/>
          <w:szCs w:val="20"/>
        </w:rPr>
        <w:t xml:space="preserve"> ai sensi della </w:t>
      </w:r>
      <w:proofErr w:type="spellStart"/>
      <w:r w:rsidRPr="00465030">
        <w:rPr>
          <w:color w:val="000000"/>
          <w:szCs w:val="20"/>
        </w:rPr>
        <w:t>normativa</w:t>
      </w:r>
      <w:proofErr w:type="spellEnd"/>
      <w:r w:rsidRPr="00465030">
        <w:rPr>
          <w:color w:val="000000"/>
          <w:szCs w:val="20"/>
        </w:rPr>
        <w:t xml:space="preserve"> </w:t>
      </w:r>
      <w:proofErr w:type="spellStart"/>
      <w:r w:rsidRPr="00465030">
        <w:rPr>
          <w:color w:val="000000"/>
          <w:szCs w:val="20"/>
        </w:rPr>
        <w:t>vigente</w:t>
      </w:r>
      <w:proofErr w:type="spellEnd"/>
      <w:r w:rsidRPr="00465030">
        <w:rPr>
          <w:color w:val="000000"/>
          <w:szCs w:val="20"/>
        </w:rPr>
        <w:t>;</w:t>
      </w:r>
    </w:p>
    <w:p w14:paraId="4F9A3794" w14:textId="77777777" w:rsidR="0085442A" w:rsidRPr="00465030" w:rsidRDefault="0085442A" w:rsidP="0085442A">
      <w:pPr>
        <w:numPr>
          <w:ilvl w:val="0"/>
          <w:numId w:val="10"/>
        </w:numPr>
        <w:spacing w:before="100" w:beforeAutospacing="1" w:after="100" w:afterAutospacing="1" w:line="240" w:lineRule="auto"/>
        <w:rPr>
          <w:color w:val="000000"/>
          <w:szCs w:val="20"/>
        </w:rPr>
      </w:pPr>
      <w:r w:rsidRPr="00465030">
        <w:rPr>
          <w:color w:val="000000"/>
          <w:szCs w:val="20"/>
        </w:rPr>
        <w:t xml:space="preserve">di </w:t>
      </w:r>
      <w:proofErr w:type="spellStart"/>
      <w:r w:rsidRPr="00465030">
        <w:rPr>
          <w:color w:val="000000"/>
          <w:szCs w:val="20"/>
        </w:rPr>
        <w:t>godere</w:t>
      </w:r>
      <w:proofErr w:type="spellEnd"/>
      <w:r w:rsidRPr="00465030">
        <w:rPr>
          <w:color w:val="000000"/>
          <w:szCs w:val="20"/>
        </w:rPr>
        <w:t xml:space="preserve"> </w:t>
      </w:r>
      <w:proofErr w:type="spellStart"/>
      <w:r w:rsidRPr="00465030">
        <w:rPr>
          <w:color w:val="000000"/>
          <w:szCs w:val="20"/>
        </w:rPr>
        <w:t>dei</w:t>
      </w:r>
      <w:proofErr w:type="spellEnd"/>
      <w:r w:rsidRPr="00465030">
        <w:rPr>
          <w:color w:val="000000"/>
          <w:szCs w:val="20"/>
        </w:rPr>
        <w:t xml:space="preserve"> </w:t>
      </w:r>
      <w:proofErr w:type="spellStart"/>
      <w:r w:rsidRPr="00465030">
        <w:rPr>
          <w:color w:val="000000"/>
          <w:szCs w:val="20"/>
        </w:rPr>
        <w:t>diritti</w:t>
      </w:r>
      <w:proofErr w:type="spellEnd"/>
      <w:r w:rsidRPr="00465030">
        <w:rPr>
          <w:color w:val="000000"/>
          <w:szCs w:val="20"/>
        </w:rPr>
        <w:t xml:space="preserve"> </w:t>
      </w:r>
      <w:proofErr w:type="spellStart"/>
      <w:r w:rsidRPr="00465030">
        <w:rPr>
          <w:color w:val="000000"/>
          <w:szCs w:val="20"/>
        </w:rPr>
        <w:t>civili</w:t>
      </w:r>
      <w:proofErr w:type="spellEnd"/>
      <w:r w:rsidRPr="00465030">
        <w:rPr>
          <w:color w:val="000000"/>
          <w:szCs w:val="20"/>
        </w:rPr>
        <w:t xml:space="preserve"> e </w:t>
      </w:r>
      <w:proofErr w:type="spellStart"/>
      <w:r w:rsidRPr="00465030">
        <w:rPr>
          <w:color w:val="000000"/>
          <w:szCs w:val="20"/>
        </w:rPr>
        <w:t>politici</w:t>
      </w:r>
      <w:proofErr w:type="spellEnd"/>
      <w:r w:rsidRPr="00465030">
        <w:rPr>
          <w:color w:val="000000"/>
          <w:szCs w:val="20"/>
        </w:rPr>
        <w:t>;</w:t>
      </w:r>
    </w:p>
    <w:p w14:paraId="6A5316E8" w14:textId="77777777" w:rsidR="0085442A" w:rsidRPr="00465030" w:rsidRDefault="0085442A" w:rsidP="0085442A">
      <w:pPr>
        <w:numPr>
          <w:ilvl w:val="0"/>
          <w:numId w:val="10"/>
        </w:numPr>
        <w:spacing w:before="100" w:beforeAutospacing="1" w:after="100" w:afterAutospacing="1" w:line="240" w:lineRule="auto"/>
        <w:rPr>
          <w:color w:val="000000"/>
          <w:szCs w:val="20"/>
        </w:rPr>
      </w:pPr>
      <w:r w:rsidRPr="00465030">
        <w:rPr>
          <w:color w:val="000000"/>
          <w:szCs w:val="20"/>
        </w:rPr>
        <w:lastRenderedPageBreak/>
        <w:t xml:space="preserve">di </w:t>
      </w:r>
      <w:proofErr w:type="spellStart"/>
      <w:r w:rsidRPr="00465030">
        <w:rPr>
          <w:color w:val="000000"/>
          <w:szCs w:val="20"/>
        </w:rPr>
        <w:t>essere</w:t>
      </w:r>
      <w:proofErr w:type="spellEnd"/>
      <w:r w:rsidRPr="00465030">
        <w:rPr>
          <w:color w:val="000000"/>
          <w:szCs w:val="20"/>
        </w:rPr>
        <w:t xml:space="preserve"> in </w:t>
      </w:r>
      <w:proofErr w:type="spellStart"/>
      <w:r w:rsidRPr="00465030">
        <w:rPr>
          <w:color w:val="000000"/>
          <w:szCs w:val="20"/>
        </w:rPr>
        <w:t>possesso</w:t>
      </w:r>
      <w:proofErr w:type="spellEnd"/>
      <w:r w:rsidRPr="00465030">
        <w:rPr>
          <w:color w:val="000000"/>
          <w:szCs w:val="20"/>
        </w:rPr>
        <w:t xml:space="preserve"> </w:t>
      </w:r>
      <w:proofErr w:type="spellStart"/>
      <w:r w:rsidRPr="00465030">
        <w:rPr>
          <w:color w:val="000000"/>
          <w:szCs w:val="20"/>
        </w:rPr>
        <w:t>dell’idoneità</w:t>
      </w:r>
      <w:proofErr w:type="spellEnd"/>
      <w:r w:rsidRPr="00465030">
        <w:rPr>
          <w:color w:val="000000"/>
          <w:szCs w:val="20"/>
        </w:rPr>
        <w:t xml:space="preserve"> </w:t>
      </w:r>
      <w:proofErr w:type="spellStart"/>
      <w:r w:rsidRPr="00465030">
        <w:rPr>
          <w:color w:val="000000"/>
          <w:szCs w:val="20"/>
        </w:rPr>
        <w:t>psico-fisica</w:t>
      </w:r>
      <w:proofErr w:type="spellEnd"/>
      <w:r w:rsidRPr="00465030">
        <w:rPr>
          <w:color w:val="000000"/>
          <w:szCs w:val="20"/>
        </w:rPr>
        <w:t xml:space="preserve"> e </w:t>
      </w:r>
      <w:proofErr w:type="spellStart"/>
      <w:r w:rsidRPr="00465030">
        <w:rPr>
          <w:color w:val="000000"/>
          <w:szCs w:val="20"/>
        </w:rPr>
        <w:t>attitudinale</w:t>
      </w:r>
      <w:proofErr w:type="spellEnd"/>
      <w:r w:rsidRPr="00465030">
        <w:rPr>
          <w:color w:val="000000"/>
          <w:szCs w:val="20"/>
        </w:rPr>
        <w:t xml:space="preserve"> </w:t>
      </w:r>
      <w:proofErr w:type="spellStart"/>
      <w:r w:rsidRPr="00465030">
        <w:rPr>
          <w:color w:val="000000"/>
          <w:szCs w:val="20"/>
        </w:rPr>
        <w:t>allo</w:t>
      </w:r>
      <w:proofErr w:type="spellEnd"/>
      <w:r w:rsidRPr="00465030">
        <w:rPr>
          <w:color w:val="000000"/>
          <w:szCs w:val="20"/>
        </w:rPr>
        <w:t xml:space="preserve"> </w:t>
      </w:r>
      <w:proofErr w:type="spellStart"/>
      <w:r w:rsidRPr="00465030">
        <w:rPr>
          <w:color w:val="000000"/>
          <w:szCs w:val="20"/>
        </w:rPr>
        <w:t>svolgimento</w:t>
      </w:r>
      <w:proofErr w:type="spellEnd"/>
      <w:r w:rsidRPr="00465030">
        <w:rPr>
          <w:color w:val="000000"/>
          <w:szCs w:val="20"/>
        </w:rPr>
        <w:t xml:space="preserve"> delle </w:t>
      </w:r>
      <w:proofErr w:type="spellStart"/>
      <w:r w:rsidRPr="00465030">
        <w:rPr>
          <w:color w:val="000000"/>
          <w:szCs w:val="20"/>
        </w:rPr>
        <w:t>mansioni</w:t>
      </w:r>
      <w:proofErr w:type="spellEnd"/>
      <w:r w:rsidRPr="00465030">
        <w:rPr>
          <w:color w:val="000000"/>
          <w:szCs w:val="20"/>
        </w:rPr>
        <w:t xml:space="preserve"> </w:t>
      </w:r>
      <w:proofErr w:type="spellStart"/>
      <w:r w:rsidRPr="00465030">
        <w:rPr>
          <w:color w:val="000000"/>
          <w:szCs w:val="20"/>
        </w:rPr>
        <w:t>previste</w:t>
      </w:r>
      <w:proofErr w:type="spellEnd"/>
      <w:r w:rsidRPr="00465030">
        <w:rPr>
          <w:color w:val="000000"/>
          <w:szCs w:val="20"/>
        </w:rPr>
        <w:t xml:space="preserve"> dal </w:t>
      </w:r>
      <w:proofErr w:type="spellStart"/>
      <w:r w:rsidRPr="00465030">
        <w:rPr>
          <w:color w:val="000000"/>
          <w:szCs w:val="20"/>
        </w:rPr>
        <w:t>profilo</w:t>
      </w:r>
      <w:proofErr w:type="spellEnd"/>
      <w:r w:rsidRPr="00465030">
        <w:rPr>
          <w:color w:val="000000"/>
          <w:szCs w:val="20"/>
        </w:rPr>
        <w:t xml:space="preserve"> per il quale </w:t>
      </w:r>
      <w:proofErr w:type="spellStart"/>
      <w:r w:rsidRPr="00465030">
        <w:rPr>
          <w:color w:val="000000"/>
          <w:szCs w:val="20"/>
        </w:rPr>
        <w:t>presenta</w:t>
      </w:r>
      <w:proofErr w:type="spellEnd"/>
      <w:r w:rsidRPr="00465030">
        <w:rPr>
          <w:color w:val="000000"/>
          <w:szCs w:val="20"/>
        </w:rPr>
        <w:t xml:space="preserve"> </w:t>
      </w:r>
      <w:proofErr w:type="spellStart"/>
      <w:r w:rsidRPr="00465030">
        <w:rPr>
          <w:color w:val="000000"/>
          <w:szCs w:val="20"/>
        </w:rPr>
        <w:t>candidatura</w:t>
      </w:r>
      <w:proofErr w:type="spellEnd"/>
      <w:r w:rsidRPr="00465030">
        <w:rPr>
          <w:color w:val="000000"/>
          <w:szCs w:val="20"/>
        </w:rPr>
        <w:t>;</w:t>
      </w:r>
    </w:p>
    <w:p w14:paraId="10A2C2F0" w14:textId="77777777" w:rsidR="0085442A" w:rsidRPr="00465030" w:rsidRDefault="0085442A" w:rsidP="0085442A">
      <w:pPr>
        <w:numPr>
          <w:ilvl w:val="0"/>
          <w:numId w:val="10"/>
        </w:numPr>
        <w:spacing w:before="100" w:beforeAutospacing="1" w:after="100" w:afterAutospacing="1" w:line="240" w:lineRule="auto"/>
        <w:rPr>
          <w:color w:val="000000"/>
          <w:szCs w:val="20"/>
        </w:rPr>
      </w:pPr>
      <w:r w:rsidRPr="00465030">
        <w:rPr>
          <w:color w:val="000000"/>
          <w:szCs w:val="20"/>
        </w:rPr>
        <w:t xml:space="preserve">di non aver </w:t>
      </w:r>
      <w:proofErr w:type="spellStart"/>
      <w:r w:rsidRPr="00465030">
        <w:rPr>
          <w:color w:val="000000"/>
          <w:szCs w:val="20"/>
        </w:rPr>
        <w:t>riportato</w:t>
      </w:r>
      <w:proofErr w:type="spellEnd"/>
      <w:r w:rsidRPr="00465030">
        <w:rPr>
          <w:color w:val="000000"/>
          <w:szCs w:val="20"/>
        </w:rPr>
        <w:t xml:space="preserve"> </w:t>
      </w:r>
      <w:proofErr w:type="spellStart"/>
      <w:r w:rsidRPr="00465030">
        <w:rPr>
          <w:color w:val="000000"/>
          <w:szCs w:val="20"/>
        </w:rPr>
        <w:t>condanne</w:t>
      </w:r>
      <w:proofErr w:type="spellEnd"/>
      <w:r w:rsidRPr="00465030">
        <w:rPr>
          <w:color w:val="000000"/>
          <w:szCs w:val="20"/>
        </w:rPr>
        <w:t xml:space="preserve"> </w:t>
      </w:r>
      <w:proofErr w:type="spellStart"/>
      <w:r w:rsidRPr="00465030">
        <w:rPr>
          <w:color w:val="000000"/>
          <w:szCs w:val="20"/>
        </w:rPr>
        <w:t>penali</w:t>
      </w:r>
      <w:proofErr w:type="spellEnd"/>
      <w:r w:rsidRPr="00465030">
        <w:rPr>
          <w:color w:val="000000"/>
          <w:szCs w:val="20"/>
        </w:rPr>
        <w:t xml:space="preserve">, </w:t>
      </w:r>
      <w:proofErr w:type="spellStart"/>
      <w:r w:rsidRPr="00465030">
        <w:rPr>
          <w:color w:val="000000"/>
          <w:szCs w:val="20"/>
        </w:rPr>
        <w:t>anche</w:t>
      </w:r>
      <w:proofErr w:type="spellEnd"/>
      <w:r w:rsidRPr="00465030">
        <w:rPr>
          <w:color w:val="000000"/>
          <w:szCs w:val="20"/>
        </w:rPr>
        <w:t xml:space="preserve"> non definitive, per </w:t>
      </w:r>
      <w:proofErr w:type="spellStart"/>
      <w:r w:rsidRPr="00465030">
        <w:rPr>
          <w:color w:val="000000"/>
          <w:szCs w:val="20"/>
        </w:rPr>
        <w:t>reati</w:t>
      </w:r>
      <w:proofErr w:type="spellEnd"/>
      <w:r w:rsidRPr="00465030">
        <w:rPr>
          <w:color w:val="000000"/>
          <w:szCs w:val="20"/>
        </w:rPr>
        <w:t xml:space="preserve"> </w:t>
      </w:r>
      <w:proofErr w:type="spellStart"/>
      <w:r w:rsidRPr="00465030">
        <w:rPr>
          <w:color w:val="000000"/>
          <w:szCs w:val="20"/>
        </w:rPr>
        <w:t>che</w:t>
      </w:r>
      <w:proofErr w:type="spellEnd"/>
      <w:r w:rsidRPr="00465030">
        <w:rPr>
          <w:color w:val="000000"/>
          <w:szCs w:val="20"/>
        </w:rPr>
        <w:t xml:space="preserve"> </w:t>
      </w:r>
      <w:proofErr w:type="spellStart"/>
      <w:r w:rsidRPr="00465030">
        <w:rPr>
          <w:color w:val="000000"/>
          <w:szCs w:val="20"/>
        </w:rPr>
        <w:t>impediscano</w:t>
      </w:r>
      <w:proofErr w:type="spellEnd"/>
      <w:r w:rsidRPr="00465030">
        <w:rPr>
          <w:color w:val="000000"/>
          <w:szCs w:val="20"/>
        </w:rPr>
        <w:t xml:space="preserve"> la </w:t>
      </w:r>
      <w:proofErr w:type="spellStart"/>
      <w:r w:rsidRPr="00465030">
        <w:rPr>
          <w:color w:val="000000"/>
          <w:szCs w:val="20"/>
        </w:rPr>
        <w:t>costituzione</w:t>
      </w:r>
      <w:proofErr w:type="spellEnd"/>
      <w:r w:rsidRPr="00465030">
        <w:rPr>
          <w:color w:val="000000"/>
          <w:szCs w:val="20"/>
        </w:rPr>
        <w:t xml:space="preserve"> del </w:t>
      </w:r>
      <w:proofErr w:type="spellStart"/>
      <w:r w:rsidRPr="00465030">
        <w:rPr>
          <w:color w:val="000000"/>
          <w:szCs w:val="20"/>
        </w:rPr>
        <w:t>rapporto</w:t>
      </w:r>
      <w:proofErr w:type="spellEnd"/>
      <w:r w:rsidRPr="00465030">
        <w:rPr>
          <w:color w:val="000000"/>
          <w:szCs w:val="20"/>
        </w:rPr>
        <w:t xml:space="preserve"> di </w:t>
      </w:r>
      <w:proofErr w:type="spellStart"/>
      <w:r w:rsidRPr="00465030">
        <w:rPr>
          <w:color w:val="000000"/>
          <w:szCs w:val="20"/>
        </w:rPr>
        <w:t>impiego</w:t>
      </w:r>
      <w:proofErr w:type="spellEnd"/>
      <w:r w:rsidRPr="00465030">
        <w:rPr>
          <w:color w:val="000000"/>
          <w:szCs w:val="20"/>
        </w:rPr>
        <w:t xml:space="preserve"> o </w:t>
      </w:r>
      <w:proofErr w:type="spellStart"/>
      <w:r w:rsidRPr="00465030">
        <w:rPr>
          <w:color w:val="000000"/>
          <w:szCs w:val="20"/>
        </w:rPr>
        <w:t>che</w:t>
      </w:r>
      <w:proofErr w:type="spellEnd"/>
      <w:r w:rsidRPr="00465030">
        <w:rPr>
          <w:color w:val="000000"/>
          <w:szCs w:val="20"/>
        </w:rPr>
        <w:t xml:space="preserve"> </w:t>
      </w:r>
      <w:proofErr w:type="spellStart"/>
      <w:r w:rsidRPr="00465030">
        <w:rPr>
          <w:color w:val="000000"/>
          <w:szCs w:val="20"/>
        </w:rPr>
        <w:t>possano</w:t>
      </w:r>
      <w:proofErr w:type="spellEnd"/>
      <w:r w:rsidRPr="00465030">
        <w:rPr>
          <w:color w:val="000000"/>
          <w:szCs w:val="20"/>
        </w:rPr>
        <w:t xml:space="preserve"> </w:t>
      </w:r>
      <w:proofErr w:type="spellStart"/>
      <w:r w:rsidRPr="00465030">
        <w:rPr>
          <w:color w:val="000000"/>
          <w:szCs w:val="20"/>
        </w:rPr>
        <w:t>risultare</w:t>
      </w:r>
      <w:proofErr w:type="spellEnd"/>
      <w:r w:rsidRPr="00465030">
        <w:rPr>
          <w:color w:val="000000"/>
          <w:szCs w:val="20"/>
        </w:rPr>
        <w:t xml:space="preserve"> </w:t>
      </w:r>
      <w:proofErr w:type="spellStart"/>
      <w:r w:rsidRPr="00465030">
        <w:rPr>
          <w:color w:val="000000"/>
          <w:szCs w:val="20"/>
        </w:rPr>
        <w:t>incompatibili</w:t>
      </w:r>
      <w:proofErr w:type="spellEnd"/>
      <w:r w:rsidRPr="00465030">
        <w:rPr>
          <w:color w:val="000000"/>
          <w:szCs w:val="20"/>
        </w:rPr>
        <w:t xml:space="preserve"> con le </w:t>
      </w:r>
      <w:proofErr w:type="spellStart"/>
      <w:r w:rsidRPr="00465030">
        <w:rPr>
          <w:color w:val="000000"/>
          <w:szCs w:val="20"/>
        </w:rPr>
        <w:t>mansioni</w:t>
      </w:r>
      <w:proofErr w:type="spellEnd"/>
      <w:r w:rsidRPr="00465030">
        <w:rPr>
          <w:color w:val="000000"/>
          <w:szCs w:val="20"/>
        </w:rPr>
        <w:t xml:space="preserve"> da </w:t>
      </w:r>
      <w:proofErr w:type="spellStart"/>
      <w:r w:rsidRPr="00465030">
        <w:rPr>
          <w:color w:val="000000"/>
          <w:szCs w:val="20"/>
        </w:rPr>
        <w:t>svolgere</w:t>
      </w:r>
      <w:proofErr w:type="spellEnd"/>
      <w:r w:rsidRPr="00465030">
        <w:rPr>
          <w:color w:val="000000"/>
          <w:szCs w:val="20"/>
        </w:rPr>
        <w:t>;</w:t>
      </w:r>
    </w:p>
    <w:p w14:paraId="4F1D1FF1" w14:textId="77777777" w:rsidR="0085442A" w:rsidRPr="00465030" w:rsidRDefault="0085442A" w:rsidP="0085442A">
      <w:pPr>
        <w:numPr>
          <w:ilvl w:val="0"/>
          <w:numId w:val="10"/>
        </w:numPr>
        <w:spacing w:before="100" w:beforeAutospacing="1" w:after="100" w:afterAutospacing="1" w:line="240" w:lineRule="auto"/>
        <w:rPr>
          <w:color w:val="000000"/>
          <w:szCs w:val="20"/>
        </w:rPr>
      </w:pPr>
      <w:r w:rsidRPr="00465030">
        <w:rPr>
          <w:color w:val="000000"/>
          <w:szCs w:val="20"/>
        </w:rPr>
        <w:t xml:space="preserve">di </w:t>
      </w:r>
      <w:proofErr w:type="spellStart"/>
      <w:r w:rsidRPr="00465030">
        <w:rPr>
          <w:color w:val="000000"/>
          <w:szCs w:val="20"/>
        </w:rPr>
        <w:t>possedere</w:t>
      </w:r>
      <w:proofErr w:type="spellEnd"/>
      <w:r w:rsidRPr="00465030">
        <w:rPr>
          <w:color w:val="000000"/>
          <w:szCs w:val="20"/>
        </w:rPr>
        <w:t xml:space="preserve"> </w:t>
      </w:r>
      <w:proofErr w:type="spellStart"/>
      <w:r w:rsidRPr="00465030">
        <w:rPr>
          <w:color w:val="000000"/>
          <w:szCs w:val="20"/>
        </w:rPr>
        <w:t>esperienza</w:t>
      </w:r>
      <w:proofErr w:type="spellEnd"/>
      <w:r w:rsidRPr="00465030">
        <w:rPr>
          <w:color w:val="000000"/>
          <w:szCs w:val="20"/>
        </w:rPr>
        <w:t xml:space="preserve"> </w:t>
      </w:r>
      <w:proofErr w:type="spellStart"/>
      <w:r w:rsidRPr="00465030">
        <w:rPr>
          <w:color w:val="000000"/>
          <w:szCs w:val="20"/>
        </w:rPr>
        <w:t>documentata</w:t>
      </w:r>
      <w:proofErr w:type="spellEnd"/>
      <w:r w:rsidRPr="00465030">
        <w:rPr>
          <w:color w:val="000000"/>
          <w:szCs w:val="20"/>
        </w:rPr>
        <w:t xml:space="preserve"> in </w:t>
      </w:r>
      <w:proofErr w:type="spellStart"/>
      <w:r w:rsidRPr="00465030">
        <w:rPr>
          <w:color w:val="000000"/>
          <w:szCs w:val="20"/>
        </w:rPr>
        <w:t>servizi</w:t>
      </w:r>
      <w:proofErr w:type="spellEnd"/>
      <w:r w:rsidRPr="00465030">
        <w:rPr>
          <w:color w:val="000000"/>
          <w:szCs w:val="20"/>
        </w:rPr>
        <w:t xml:space="preserve">, </w:t>
      </w:r>
      <w:proofErr w:type="spellStart"/>
      <w:r w:rsidRPr="00465030">
        <w:rPr>
          <w:color w:val="000000"/>
          <w:szCs w:val="20"/>
        </w:rPr>
        <w:t>attività</w:t>
      </w:r>
      <w:proofErr w:type="spellEnd"/>
      <w:r w:rsidRPr="00465030">
        <w:rPr>
          <w:color w:val="000000"/>
          <w:szCs w:val="20"/>
        </w:rPr>
        <w:t xml:space="preserve"> o </w:t>
      </w:r>
      <w:proofErr w:type="spellStart"/>
      <w:r w:rsidRPr="00465030">
        <w:rPr>
          <w:color w:val="000000"/>
          <w:szCs w:val="20"/>
        </w:rPr>
        <w:t>interventi</w:t>
      </w:r>
      <w:proofErr w:type="spellEnd"/>
      <w:r w:rsidRPr="00465030">
        <w:rPr>
          <w:color w:val="000000"/>
          <w:szCs w:val="20"/>
        </w:rPr>
        <w:t xml:space="preserve"> </w:t>
      </w:r>
      <w:proofErr w:type="spellStart"/>
      <w:r w:rsidRPr="00465030">
        <w:rPr>
          <w:color w:val="000000"/>
          <w:szCs w:val="20"/>
        </w:rPr>
        <w:t>rivolti</w:t>
      </w:r>
      <w:proofErr w:type="spellEnd"/>
      <w:r w:rsidRPr="00465030">
        <w:rPr>
          <w:color w:val="000000"/>
          <w:szCs w:val="20"/>
        </w:rPr>
        <w:t xml:space="preserve"> a </w:t>
      </w:r>
      <w:proofErr w:type="spellStart"/>
      <w:r w:rsidRPr="00465030">
        <w:rPr>
          <w:color w:val="000000"/>
          <w:szCs w:val="20"/>
        </w:rPr>
        <w:t>soggetti</w:t>
      </w:r>
      <w:proofErr w:type="spellEnd"/>
      <w:r w:rsidRPr="00465030">
        <w:rPr>
          <w:color w:val="000000"/>
          <w:szCs w:val="20"/>
        </w:rPr>
        <w:t xml:space="preserve"> </w:t>
      </w:r>
      <w:proofErr w:type="spellStart"/>
      <w:r w:rsidRPr="00465030">
        <w:rPr>
          <w:color w:val="000000"/>
          <w:szCs w:val="20"/>
        </w:rPr>
        <w:t>svantaggiati</w:t>
      </w:r>
      <w:proofErr w:type="spellEnd"/>
      <w:r w:rsidRPr="00465030">
        <w:rPr>
          <w:color w:val="000000"/>
          <w:szCs w:val="20"/>
        </w:rPr>
        <w:t xml:space="preserve">, </w:t>
      </w:r>
      <w:proofErr w:type="spellStart"/>
      <w:r w:rsidRPr="00465030">
        <w:rPr>
          <w:color w:val="000000"/>
          <w:szCs w:val="20"/>
        </w:rPr>
        <w:t>persone</w:t>
      </w:r>
      <w:proofErr w:type="spellEnd"/>
      <w:r w:rsidRPr="00465030">
        <w:rPr>
          <w:color w:val="000000"/>
          <w:szCs w:val="20"/>
        </w:rPr>
        <w:t xml:space="preserve"> </w:t>
      </w:r>
      <w:proofErr w:type="spellStart"/>
      <w:r w:rsidRPr="00465030">
        <w:rPr>
          <w:color w:val="000000"/>
          <w:szCs w:val="20"/>
        </w:rPr>
        <w:t>vulnerabili</w:t>
      </w:r>
      <w:proofErr w:type="spellEnd"/>
      <w:r w:rsidRPr="00465030">
        <w:rPr>
          <w:color w:val="000000"/>
          <w:szCs w:val="20"/>
        </w:rPr>
        <w:t xml:space="preserve"> e/o </w:t>
      </w:r>
      <w:proofErr w:type="spellStart"/>
      <w:r w:rsidRPr="00465030">
        <w:rPr>
          <w:color w:val="000000"/>
          <w:szCs w:val="20"/>
        </w:rPr>
        <w:t>famiglie</w:t>
      </w:r>
      <w:proofErr w:type="spellEnd"/>
      <w:r w:rsidRPr="00465030">
        <w:rPr>
          <w:color w:val="000000"/>
          <w:szCs w:val="20"/>
        </w:rPr>
        <w:t xml:space="preserve"> in </w:t>
      </w:r>
      <w:proofErr w:type="spellStart"/>
      <w:r w:rsidRPr="00465030">
        <w:rPr>
          <w:color w:val="000000"/>
          <w:szCs w:val="20"/>
        </w:rPr>
        <w:t>condizione</w:t>
      </w:r>
      <w:proofErr w:type="spellEnd"/>
      <w:r w:rsidRPr="00465030">
        <w:rPr>
          <w:color w:val="000000"/>
          <w:szCs w:val="20"/>
        </w:rPr>
        <w:t xml:space="preserve"> di </w:t>
      </w:r>
      <w:proofErr w:type="spellStart"/>
      <w:r w:rsidRPr="00465030">
        <w:rPr>
          <w:color w:val="000000"/>
          <w:szCs w:val="20"/>
        </w:rPr>
        <w:t>fragilità</w:t>
      </w:r>
      <w:proofErr w:type="spellEnd"/>
      <w:r w:rsidRPr="00465030">
        <w:rPr>
          <w:color w:val="000000"/>
          <w:szCs w:val="20"/>
        </w:rPr>
        <w:t>;</w:t>
      </w:r>
    </w:p>
    <w:p w14:paraId="2B5F4794" w14:textId="77777777" w:rsidR="0085442A" w:rsidRPr="00465030" w:rsidRDefault="0085442A" w:rsidP="0085442A">
      <w:pPr>
        <w:numPr>
          <w:ilvl w:val="0"/>
          <w:numId w:val="10"/>
        </w:numPr>
        <w:spacing w:before="100" w:beforeAutospacing="1" w:after="100" w:afterAutospacing="1" w:line="240" w:lineRule="auto"/>
        <w:rPr>
          <w:color w:val="000000"/>
          <w:szCs w:val="20"/>
        </w:rPr>
      </w:pPr>
      <w:r w:rsidRPr="00465030">
        <w:rPr>
          <w:color w:val="000000"/>
          <w:szCs w:val="20"/>
        </w:rPr>
        <w:t xml:space="preserve">di </w:t>
      </w:r>
      <w:proofErr w:type="spellStart"/>
      <w:r w:rsidRPr="00465030">
        <w:rPr>
          <w:color w:val="000000"/>
          <w:szCs w:val="20"/>
        </w:rPr>
        <w:t>essere</w:t>
      </w:r>
      <w:proofErr w:type="spellEnd"/>
      <w:r w:rsidRPr="00465030">
        <w:rPr>
          <w:color w:val="000000"/>
          <w:szCs w:val="20"/>
        </w:rPr>
        <w:t xml:space="preserve"> </w:t>
      </w:r>
      <w:proofErr w:type="spellStart"/>
      <w:r w:rsidRPr="00465030">
        <w:rPr>
          <w:color w:val="000000"/>
          <w:szCs w:val="20"/>
        </w:rPr>
        <w:t>disponibile</w:t>
      </w:r>
      <w:proofErr w:type="spellEnd"/>
      <w:r w:rsidRPr="00465030">
        <w:rPr>
          <w:color w:val="000000"/>
          <w:szCs w:val="20"/>
        </w:rPr>
        <w:t xml:space="preserve"> a </w:t>
      </w:r>
      <w:proofErr w:type="spellStart"/>
      <w:r w:rsidRPr="00465030">
        <w:rPr>
          <w:color w:val="000000"/>
          <w:szCs w:val="20"/>
        </w:rPr>
        <w:t>partecipare</w:t>
      </w:r>
      <w:proofErr w:type="spellEnd"/>
      <w:r w:rsidRPr="00465030">
        <w:rPr>
          <w:color w:val="000000"/>
          <w:szCs w:val="20"/>
        </w:rPr>
        <w:t xml:space="preserve"> </w:t>
      </w:r>
      <w:proofErr w:type="spellStart"/>
      <w:r w:rsidRPr="00465030">
        <w:rPr>
          <w:color w:val="000000"/>
          <w:szCs w:val="20"/>
        </w:rPr>
        <w:t>ad</w:t>
      </w:r>
      <w:proofErr w:type="spellEnd"/>
      <w:r w:rsidRPr="00465030">
        <w:rPr>
          <w:color w:val="000000"/>
          <w:szCs w:val="20"/>
        </w:rPr>
        <w:t xml:space="preserve"> </w:t>
      </w:r>
      <w:proofErr w:type="spellStart"/>
      <w:r w:rsidRPr="00465030">
        <w:rPr>
          <w:color w:val="000000"/>
          <w:szCs w:val="20"/>
        </w:rPr>
        <w:t>eventuali</w:t>
      </w:r>
      <w:proofErr w:type="spellEnd"/>
      <w:r w:rsidRPr="00465030">
        <w:rPr>
          <w:color w:val="000000"/>
          <w:szCs w:val="20"/>
        </w:rPr>
        <w:t xml:space="preserve"> </w:t>
      </w:r>
      <w:proofErr w:type="spellStart"/>
      <w:r w:rsidRPr="00465030">
        <w:rPr>
          <w:color w:val="000000"/>
          <w:szCs w:val="20"/>
        </w:rPr>
        <w:t>colloqui</w:t>
      </w:r>
      <w:proofErr w:type="spellEnd"/>
      <w:r w:rsidRPr="00465030">
        <w:rPr>
          <w:color w:val="000000"/>
          <w:szCs w:val="20"/>
        </w:rPr>
        <w:t xml:space="preserve"> </w:t>
      </w:r>
      <w:proofErr w:type="spellStart"/>
      <w:r w:rsidRPr="00465030">
        <w:rPr>
          <w:color w:val="000000"/>
          <w:szCs w:val="20"/>
        </w:rPr>
        <w:t>conoscitivi</w:t>
      </w:r>
      <w:proofErr w:type="spellEnd"/>
      <w:r w:rsidRPr="00465030">
        <w:rPr>
          <w:color w:val="000000"/>
          <w:szCs w:val="20"/>
        </w:rPr>
        <w:t xml:space="preserve">, </w:t>
      </w:r>
      <w:proofErr w:type="spellStart"/>
      <w:r w:rsidRPr="00465030">
        <w:rPr>
          <w:color w:val="000000"/>
          <w:szCs w:val="20"/>
        </w:rPr>
        <w:t>finalizzati</w:t>
      </w:r>
      <w:proofErr w:type="spellEnd"/>
      <w:r w:rsidRPr="00465030">
        <w:rPr>
          <w:color w:val="000000"/>
          <w:szCs w:val="20"/>
        </w:rPr>
        <w:t xml:space="preserve"> </w:t>
      </w:r>
      <w:proofErr w:type="spellStart"/>
      <w:r w:rsidRPr="00465030">
        <w:rPr>
          <w:color w:val="000000"/>
          <w:szCs w:val="20"/>
        </w:rPr>
        <w:t>all’approfondimento</w:t>
      </w:r>
      <w:proofErr w:type="spellEnd"/>
      <w:r w:rsidRPr="00465030">
        <w:rPr>
          <w:color w:val="000000"/>
          <w:szCs w:val="20"/>
        </w:rPr>
        <w:t xml:space="preserve"> delle </w:t>
      </w:r>
      <w:proofErr w:type="spellStart"/>
      <w:r w:rsidRPr="00465030">
        <w:rPr>
          <w:color w:val="000000"/>
          <w:szCs w:val="20"/>
        </w:rPr>
        <w:t>competenze</w:t>
      </w:r>
      <w:proofErr w:type="spellEnd"/>
      <w:r w:rsidRPr="00465030">
        <w:rPr>
          <w:color w:val="000000"/>
          <w:szCs w:val="20"/>
        </w:rPr>
        <w:t xml:space="preserve">, </w:t>
      </w:r>
      <w:proofErr w:type="spellStart"/>
      <w:r w:rsidRPr="00465030">
        <w:rPr>
          <w:color w:val="000000"/>
          <w:szCs w:val="20"/>
        </w:rPr>
        <w:t>dell’esperienza</w:t>
      </w:r>
      <w:proofErr w:type="spellEnd"/>
      <w:r w:rsidRPr="00465030">
        <w:rPr>
          <w:color w:val="000000"/>
          <w:szCs w:val="20"/>
        </w:rPr>
        <w:t xml:space="preserve"> </w:t>
      </w:r>
      <w:proofErr w:type="spellStart"/>
      <w:r w:rsidRPr="00465030">
        <w:rPr>
          <w:color w:val="000000"/>
          <w:szCs w:val="20"/>
        </w:rPr>
        <w:t>professionale</w:t>
      </w:r>
      <w:proofErr w:type="spellEnd"/>
      <w:r w:rsidRPr="00465030">
        <w:rPr>
          <w:color w:val="000000"/>
          <w:szCs w:val="20"/>
        </w:rPr>
        <w:t xml:space="preserve">, della </w:t>
      </w:r>
      <w:proofErr w:type="spellStart"/>
      <w:r w:rsidRPr="00465030">
        <w:rPr>
          <w:color w:val="000000"/>
          <w:szCs w:val="20"/>
        </w:rPr>
        <w:t>motivazione</w:t>
      </w:r>
      <w:proofErr w:type="spellEnd"/>
      <w:r w:rsidRPr="00465030">
        <w:rPr>
          <w:color w:val="000000"/>
          <w:szCs w:val="20"/>
        </w:rPr>
        <w:t xml:space="preserve">, della </w:t>
      </w:r>
      <w:proofErr w:type="spellStart"/>
      <w:r w:rsidRPr="00465030">
        <w:rPr>
          <w:color w:val="000000"/>
          <w:szCs w:val="20"/>
        </w:rPr>
        <w:t>disponibilità</w:t>
      </w:r>
      <w:proofErr w:type="spellEnd"/>
      <w:r w:rsidRPr="00465030">
        <w:rPr>
          <w:color w:val="000000"/>
          <w:szCs w:val="20"/>
        </w:rPr>
        <w:t xml:space="preserve"> e </w:t>
      </w:r>
      <w:proofErr w:type="spellStart"/>
      <w:r w:rsidRPr="00465030">
        <w:rPr>
          <w:color w:val="000000"/>
          <w:szCs w:val="20"/>
        </w:rPr>
        <w:t>dell’attitudine</w:t>
      </w:r>
      <w:proofErr w:type="spellEnd"/>
      <w:r w:rsidRPr="00465030">
        <w:rPr>
          <w:color w:val="000000"/>
          <w:szCs w:val="20"/>
        </w:rPr>
        <w:t xml:space="preserve"> al </w:t>
      </w:r>
      <w:proofErr w:type="spellStart"/>
      <w:r w:rsidRPr="00465030">
        <w:rPr>
          <w:color w:val="000000"/>
          <w:szCs w:val="20"/>
        </w:rPr>
        <w:t>ruolo</w:t>
      </w:r>
      <w:proofErr w:type="spellEnd"/>
      <w:r w:rsidRPr="00465030">
        <w:rPr>
          <w:color w:val="000000"/>
          <w:szCs w:val="20"/>
        </w:rPr>
        <w:t>;</w:t>
      </w:r>
    </w:p>
    <w:p w14:paraId="0149C93E" w14:textId="77777777" w:rsidR="0085442A" w:rsidRPr="00465030" w:rsidRDefault="0085442A" w:rsidP="0085442A">
      <w:pPr>
        <w:numPr>
          <w:ilvl w:val="0"/>
          <w:numId w:val="10"/>
        </w:numPr>
        <w:spacing w:before="100" w:beforeAutospacing="1" w:after="100" w:afterAutospacing="1" w:line="240" w:lineRule="auto"/>
        <w:rPr>
          <w:color w:val="000000"/>
          <w:szCs w:val="20"/>
        </w:rPr>
      </w:pPr>
      <w:r w:rsidRPr="00465030">
        <w:rPr>
          <w:color w:val="000000"/>
          <w:szCs w:val="20"/>
        </w:rPr>
        <w:t xml:space="preserve">di </w:t>
      </w:r>
      <w:proofErr w:type="spellStart"/>
      <w:r w:rsidRPr="00465030">
        <w:rPr>
          <w:color w:val="000000"/>
          <w:szCs w:val="20"/>
        </w:rPr>
        <w:t>essere</w:t>
      </w:r>
      <w:proofErr w:type="spellEnd"/>
      <w:r w:rsidRPr="00465030">
        <w:rPr>
          <w:color w:val="000000"/>
          <w:szCs w:val="20"/>
        </w:rPr>
        <w:t xml:space="preserve"> </w:t>
      </w:r>
      <w:proofErr w:type="spellStart"/>
      <w:r w:rsidRPr="00465030">
        <w:rPr>
          <w:color w:val="000000"/>
          <w:szCs w:val="20"/>
        </w:rPr>
        <w:t>disponibile</w:t>
      </w:r>
      <w:proofErr w:type="spellEnd"/>
      <w:r w:rsidRPr="00465030">
        <w:rPr>
          <w:color w:val="000000"/>
          <w:szCs w:val="20"/>
        </w:rPr>
        <w:t xml:space="preserve"> a </w:t>
      </w:r>
      <w:proofErr w:type="spellStart"/>
      <w:r w:rsidRPr="00465030">
        <w:rPr>
          <w:color w:val="000000"/>
          <w:szCs w:val="20"/>
        </w:rPr>
        <w:t>svolgere</w:t>
      </w:r>
      <w:proofErr w:type="spellEnd"/>
      <w:r w:rsidRPr="00465030">
        <w:rPr>
          <w:color w:val="000000"/>
          <w:szCs w:val="20"/>
        </w:rPr>
        <w:t xml:space="preserve"> le </w:t>
      </w:r>
      <w:proofErr w:type="spellStart"/>
      <w:r w:rsidRPr="00465030">
        <w:rPr>
          <w:color w:val="000000"/>
          <w:szCs w:val="20"/>
        </w:rPr>
        <w:t>attività</w:t>
      </w:r>
      <w:proofErr w:type="spellEnd"/>
      <w:r w:rsidRPr="00465030">
        <w:rPr>
          <w:color w:val="000000"/>
          <w:szCs w:val="20"/>
        </w:rPr>
        <w:t xml:space="preserve"> </w:t>
      </w:r>
      <w:proofErr w:type="spellStart"/>
      <w:r w:rsidRPr="00465030">
        <w:rPr>
          <w:color w:val="000000"/>
          <w:szCs w:val="20"/>
        </w:rPr>
        <w:t>progettuali</w:t>
      </w:r>
      <w:proofErr w:type="spellEnd"/>
      <w:r w:rsidRPr="00465030">
        <w:rPr>
          <w:color w:val="000000"/>
          <w:szCs w:val="20"/>
        </w:rPr>
        <w:t xml:space="preserve"> </w:t>
      </w:r>
      <w:proofErr w:type="spellStart"/>
      <w:r w:rsidRPr="00465030">
        <w:rPr>
          <w:color w:val="000000"/>
          <w:szCs w:val="20"/>
        </w:rPr>
        <w:t>presso</w:t>
      </w:r>
      <w:proofErr w:type="spellEnd"/>
      <w:r w:rsidRPr="00465030">
        <w:rPr>
          <w:color w:val="000000"/>
          <w:szCs w:val="20"/>
        </w:rPr>
        <w:t xml:space="preserve"> </w:t>
      </w:r>
      <w:proofErr w:type="spellStart"/>
      <w:r w:rsidRPr="00465030">
        <w:rPr>
          <w:color w:val="000000"/>
          <w:szCs w:val="20"/>
        </w:rPr>
        <w:t>una</w:t>
      </w:r>
      <w:proofErr w:type="spellEnd"/>
      <w:r w:rsidRPr="00465030">
        <w:rPr>
          <w:color w:val="000000"/>
          <w:szCs w:val="20"/>
        </w:rPr>
        <w:t xml:space="preserve"> o </w:t>
      </w:r>
      <w:proofErr w:type="spellStart"/>
      <w:r w:rsidRPr="00465030">
        <w:rPr>
          <w:color w:val="000000"/>
          <w:szCs w:val="20"/>
        </w:rPr>
        <w:t>più</w:t>
      </w:r>
      <w:proofErr w:type="spellEnd"/>
      <w:r w:rsidRPr="00465030">
        <w:rPr>
          <w:color w:val="000000"/>
          <w:szCs w:val="20"/>
        </w:rPr>
        <w:t xml:space="preserve"> </w:t>
      </w:r>
      <w:proofErr w:type="spellStart"/>
      <w:r w:rsidRPr="00465030">
        <w:rPr>
          <w:color w:val="000000"/>
          <w:szCs w:val="20"/>
        </w:rPr>
        <w:t>sedi</w:t>
      </w:r>
      <w:proofErr w:type="spellEnd"/>
      <w:r w:rsidRPr="00465030">
        <w:rPr>
          <w:color w:val="000000"/>
          <w:szCs w:val="20"/>
        </w:rPr>
        <w:t xml:space="preserve"> operative indicate </w:t>
      </w:r>
      <w:proofErr w:type="spellStart"/>
      <w:r w:rsidRPr="00465030">
        <w:rPr>
          <w:color w:val="000000"/>
          <w:szCs w:val="20"/>
        </w:rPr>
        <w:t>nell’Avviso</w:t>
      </w:r>
      <w:proofErr w:type="spellEnd"/>
      <w:r w:rsidRPr="00465030">
        <w:rPr>
          <w:color w:val="000000"/>
          <w:szCs w:val="20"/>
        </w:rPr>
        <w:t xml:space="preserve">, secondo le </w:t>
      </w:r>
      <w:proofErr w:type="spellStart"/>
      <w:r w:rsidRPr="00465030">
        <w:rPr>
          <w:color w:val="000000"/>
          <w:szCs w:val="20"/>
        </w:rPr>
        <w:t>esigenze</w:t>
      </w:r>
      <w:proofErr w:type="spellEnd"/>
      <w:r w:rsidRPr="00465030">
        <w:rPr>
          <w:color w:val="000000"/>
          <w:szCs w:val="20"/>
        </w:rPr>
        <w:t xml:space="preserve"> </w:t>
      </w:r>
      <w:proofErr w:type="spellStart"/>
      <w:r w:rsidRPr="00465030">
        <w:rPr>
          <w:color w:val="000000"/>
          <w:szCs w:val="20"/>
        </w:rPr>
        <w:t>organizzative</w:t>
      </w:r>
      <w:proofErr w:type="spellEnd"/>
      <w:r w:rsidRPr="00465030">
        <w:rPr>
          <w:color w:val="000000"/>
          <w:szCs w:val="20"/>
        </w:rPr>
        <w:t xml:space="preserve"> e </w:t>
      </w:r>
      <w:proofErr w:type="spellStart"/>
      <w:r w:rsidRPr="00465030">
        <w:rPr>
          <w:color w:val="000000"/>
          <w:szCs w:val="20"/>
        </w:rPr>
        <w:t>progettuali</w:t>
      </w:r>
      <w:proofErr w:type="spellEnd"/>
      <w:r w:rsidRPr="00465030">
        <w:rPr>
          <w:color w:val="000000"/>
          <w:szCs w:val="20"/>
        </w:rPr>
        <w:t xml:space="preserve"> </w:t>
      </w:r>
      <w:proofErr w:type="spellStart"/>
      <w:r w:rsidRPr="00465030">
        <w:rPr>
          <w:color w:val="000000"/>
          <w:szCs w:val="20"/>
        </w:rPr>
        <w:t>dell’ATS</w:t>
      </w:r>
      <w:proofErr w:type="spellEnd"/>
      <w:r w:rsidRPr="00465030">
        <w:rPr>
          <w:color w:val="000000"/>
          <w:szCs w:val="20"/>
        </w:rPr>
        <w:t>;</w:t>
      </w:r>
    </w:p>
    <w:p w14:paraId="06BA0626" w14:textId="77777777" w:rsidR="0085442A" w:rsidRPr="00465030" w:rsidRDefault="0085442A" w:rsidP="0085442A">
      <w:pPr>
        <w:numPr>
          <w:ilvl w:val="0"/>
          <w:numId w:val="10"/>
        </w:numPr>
        <w:spacing w:before="100" w:beforeAutospacing="1" w:after="100" w:afterAutospacing="1" w:line="240" w:lineRule="auto"/>
        <w:rPr>
          <w:color w:val="000000"/>
          <w:szCs w:val="20"/>
        </w:rPr>
      </w:pPr>
      <w:r w:rsidRPr="00465030">
        <w:rPr>
          <w:color w:val="000000"/>
          <w:szCs w:val="20"/>
        </w:rPr>
        <w:t xml:space="preserve">di </w:t>
      </w:r>
      <w:proofErr w:type="spellStart"/>
      <w:r w:rsidRPr="00465030">
        <w:rPr>
          <w:color w:val="000000"/>
          <w:szCs w:val="20"/>
        </w:rPr>
        <w:t>essere</w:t>
      </w:r>
      <w:proofErr w:type="spellEnd"/>
      <w:r w:rsidRPr="00465030">
        <w:rPr>
          <w:color w:val="000000"/>
          <w:szCs w:val="20"/>
        </w:rPr>
        <w:t xml:space="preserve"> </w:t>
      </w:r>
      <w:proofErr w:type="spellStart"/>
      <w:r w:rsidRPr="00465030">
        <w:rPr>
          <w:color w:val="000000"/>
          <w:szCs w:val="20"/>
        </w:rPr>
        <w:t>consapevole</w:t>
      </w:r>
      <w:proofErr w:type="spellEnd"/>
      <w:r w:rsidRPr="00465030">
        <w:rPr>
          <w:color w:val="000000"/>
          <w:szCs w:val="20"/>
        </w:rPr>
        <w:t xml:space="preserve"> </w:t>
      </w:r>
      <w:proofErr w:type="spellStart"/>
      <w:r w:rsidRPr="00465030">
        <w:rPr>
          <w:color w:val="000000"/>
          <w:szCs w:val="20"/>
        </w:rPr>
        <w:t>che</w:t>
      </w:r>
      <w:proofErr w:type="spellEnd"/>
      <w:r w:rsidRPr="00465030">
        <w:rPr>
          <w:color w:val="000000"/>
          <w:szCs w:val="20"/>
        </w:rPr>
        <w:t xml:space="preserve"> </w:t>
      </w:r>
      <w:proofErr w:type="spellStart"/>
      <w:r w:rsidRPr="00465030">
        <w:rPr>
          <w:color w:val="000000"/>
          <w:szCs w:val="20"/>
        </w:rPr>
        <w:t>l’inserimento</w:t>
      </w:r>
      <w:proofErr w:type="spellEnd"/>
      <w:r w:rsidRPr="00465030">
        <w:rPr>
          <w:color w:val="000000"/>
          <w:szCs w:val="20"/>
        </w:rPr>
        <w:t xml:space="preserve"> </w:t>
      </w:r>
      <w:proofErr w:type="spellStart"/>
      <w:r w:rsidRPr="00465030">
        <w:rPr>
          <w:color w:val="000000"/>
          <w:szCs w:val="20"/>
        </w:rPr>
        <w:t>nella</w:t>
      </w:r>
      <w:proofErr w:type="spellEnd"/>
      <w:r w:rsidRPr="00465030">
        <w:rPr>
          <w:color w:val="000000"/>
          <w:szCs w:val="20"/>
        </w:rPr>
        <w:t xml:space="preserve"> short list non </w:t>
      </w:r>
      <w:proofErr w:type="spellStart"/>
      <w:r w:rsidRPr="00465030">
        <w:rPr>
          <w:color w:val="000000"/>
          <w:szCs w:val="20"/>
        </w:rPr>
        <w:t>comporta</w:t>
      </w:r>
      <w:proofErr w:type="spellEnd"/>
      <w:r w:rsidRPr="00465030">
        <w:rPr>
          <w:color w:val="000000"/>
          <w:szCs w:val="20"/>
        </w:rPr>
        <w:t xml:space="preserve"> </w:t>
      </w:r>
      <w:proofErr w:type="spellStart"/>
      <w:r w:rsidRPr="00465030">
        <w:rPr>
          <w:color w:val="000000"/>
          <w:szCs w:val="20"/>
        </w:rPr>
        <w:t>l’attribuzione</w:t>
      </w:r>
      <w:proofErr w:type="spellEnd"/>
      <w:r w:rsidRPr="00465030">
        <w:rPr>
          <w:color w:val="000000"/>
          <w:szCs w:val="20"/>
        </w:rPr>
        <w:t xml:space="preserve"> di </w:t>
      </w:r>
      <w:proofErr w:type="spellStart"/>
      <w:r w:rsidRPr="00465030">
        <w:rPr>
          <w:color w:val="000000"/>
          <w:szCs w:val="20"/>
        </w:rPr>
        <w:t>punteggio</w:t>
      </w:r>
      <w:proofErr w:type="spellEnd"/>
      <w:r w:rsidRPr="00465030">
        <w:rPr>
          <w:color w:val="000000"/>
          <w:szCs w:val="20"/>
        </w:rPr>
        <w:t xml:space="preserve"> utile alla </w:t>
      </w:r>
      <w:proofErr w:type="spellStart"/>
      <w:r w:rsidRPr="00465030">
        <w:rPr>
          <w:color w:val="000000"/>
          <w:szCs w:val="20"/>
        </w:rPr>
        <w:t>formazione</w:t>
      </w:r>
      <w:proofErr w:type="spellEnd"/>
      <w:r w:rsidRPr="00465030">
        <w:rPr>
          <w:color w:val="000000"/>
          <w:szCs w:val="20"/>
        </w:rPr>
        <w:t xml:space="preserve"> di </w:t>
      </w:r>
      <w:proofErr w:type="spellStart"/>
      <w:r w:rsidRPr="00465030">
        <w:rPr>
          <w:color w:val="000000"/>
          <w:szCs w:val="20"/>
        </w:rPr>
        <w:t>una</w:t>
      </w:r>
      <w:proofErr w:type="spellEnd"/>
      <w:r w:rsidRPr="00465030">
        <w:rPr>
          <w:color w:val="000000"/>
          <w:szCs w:val="20"/>
        </w:rPr>
        <w:t xml:space="preserve"> </w:t>
      </w:r>
      <w:proofErr w:type="spellStart"/>
      <w:r w:rsidRPr="00465030">
        <w:rPr>
          <w:color w:val="000000"/>
          <w:szCs w:val="20"/>
        </w:rPr>
        <w:t>graduatoria</w:t>
      </w:r>
      <w:proofErr w:type="spellEnd"/>
      <w:r w:rsidRPr="00465030">
        <w:rPr>
          <w:color w:val="000000"/>
          <w:szCs w:val="20"/>
        </w:rPr>
        <w:t xml:space="preserve"> </w:t>
      </w:r>
      <w:proofErr w:type="spellStart"/>
      <w:r w:rsidRPr="00465030">
        <w:rPr>
          <w:color w:val="000000"/>
          <w:szCs w:val="20"/>
        </w:rPr>
        <w:t>vincolante</w:t>
      </w:r>
      <w:proofErr w:type="spellEnd"/>
      <w:r w:rsidRPr="00465030">
        <w:rPr>
          <w:color w:val="000000"/>
          <w:szCs w:val="20"/>
        </w:rPr>
        <w:t>;</w:t>
      </w:r>
    </w:p>
    <w:p w14:paraId="298AA33E" w14:textId="77777777" w:rsidR="0085442A" w:rsidRPr="00465030" w:rsidRDefault="0085442A" w:rsidP="0085442A">
      <w:pPr>
        <w:numPr>
          <w:ilvl w:val="0"/>
          <w:numId w:val="10"/>
        </w:numPr>
        <w:spacing w:before="100" w:beforeAutospacing="1" w:after="100" w:afterAutospacing="1" w:line="240" w:lineRule="auto"/>
        <w:rPr>
          <w:color w:val="000000"/>
          <w:szCs w:val="20"/>
        </w:rPr>
      </w:pPr>
      <w:r w:rsidRPr="00465030">
        <w:rPr>
          <w:color w:val="000000"/>
          <w:szCs w:val="20"/>
        </w:rPr>
        <w:t xml:space="preserve">di </w:t>
      </w:r>
      <w:proofErr w:type="spellStart"/>
      <w:r w:rsidRPr="00465030">
        <w:rPr>
          <w:color w:val="000000"/>
          <w:szCs w:val="20"/>
        </w:rPr>
        <w:t>essere</w:t>
      </w:r>
      <w:proofErr w:type="spellEnd"/>
      <w:r w:rsidRPr="00465030">
        <w:rPr>
          <w:color w:val="000000"/>
          <w:szCs w:val="20"/>
        </w:rPr>
        <w:t xml:space="preserve"> </w:t>
      </w:r>
      <w:proofErr w:type="spellStart"/>
      <w:r w:rsidRPr="00465030">
        <w:rPr>
          <w:color w:val="000000"/>
          <w:szCs w:val="20"/>
        </w:rPr>
        <w:t>consapevole</w:t>
      </w:r>
      <w:proofErr w:type="spellEnd"/>
      <w:r w:rsidRPr="00465030">
        <w:rPr>
          <w:color w:val="000000"/>
          <w:szCs w:val="20"/>
        </w:rPr>
        <w:t xml:space="preserve"> </w:t>
      </w:r>
      <w:proofErr w:type="spellStart"/>
      <w:r w:rsidRPr="00465030">
        <w:rPr>
          <w:color w:val="000000"/>
          <w:szCs w:val="20"/>
        </w:rPr>
        <w:t>che</w:t>
      </w:r>
      <w:proofErr w:type="spellEnd"/>
      <w:r w:rsidRPr="00465030">
        <w:rPr>
          <w:color w:val="000000"/>
          <w:szCs w:val="20"/>
        </w:rPr>
        <w:t xml:space="preserve"> </w:t>
      </w:r>
      <w:proofErr w:type="spellStart"/>
      <w:r w:rsidRPr="00465030">
        <w:rPr>
          <w:color w:val="000000"/>
          <w:szCs w:val="20"/>
        </w:rPr>
        <w:t>l’inserimento</w:t>
      </w:r>
      <w:proofErr w:type="spellEnd"/>
      <w:r w:rsidRPr="00465030">
        <w:rPr>
          <w:color w:val="000000"/>
          <w:szCs w:val="20"/>
        </w:rPr>
        <w:t xml:space="preserve"> </w:t>
      </w:r>
      <w:proofErr w:type="spellStart"/>
      <w:r w:rsidRPr="00465030">
        <w:rPr>
          <w:color w:val="000000"/>
          <w:szCs w:val="20"/>
        </w:rPr>
        <w:t>nella</w:t>
      </w:r>
      <w:proofErr w:type="spellEnd"/>
      <w:r w:rsidRPr="00465030">
        <w:rPr>
          <w:color w:val="000000"/>
          <w:szCs w:val="20"/>
        </w:rPr>
        <w:t xml:space="preserve"> short list non </w:t>
      </w:r>
      <w:proofErr w:type="spellStart"/>
      <w:r w:rsidRPr="00465030">
        <w:rPr>
          <w:color w:val="000000"/>
          <w:szCs w:val="20"/>
        </w:rPr>
        <w:t>determina</w:t>
      </w:r>
      <w:proofErr w:type="spellEnd"/>
      <w:r w:rsidRPr="00465030">
        <w:rPr>
          <w:color w:val="000000"/>
          <w:szCs w:val="20"/>
        </w:rPr>
        <w:t xml:space="preserve"> </w:t>
      </w:r>
      <w:proofErr w:type="spellStart"/>
      <w:r w:rsidRPr="00465030">
        <w:rPr>
          <w:color w:val="000000"/>
          <w:szCs w:val="20"/>
        </w:rPr>
        <w:t>alcun</w:t>
      </w:r>
      <w:proofErr w:type="spellEnd"/>
      <w:r w:rsidRPr="00465030">
        <w:rPr>
          <w:color w:val="000000"/>
          <w:szCs w:val="20"/>
        </w:rPr>
        <w:t xml:space="preserve"> </w:t>
      </w:r>
      <w:proofErr w:type="spellStart"/>
      <w:r w:rsidRPr="00465030">
        <w:rPr>
          <w:color w:val="000000"/>
          <w:szCs w:val="20"/>
        </w:rPr>
        <w:t>diritto</w:t>
      </w:r>
      <w:proofErr w:type="spellEnd"/>
      <w:r w:rsidRPr="00465030">
        <w:rPr>
          <w:color w:val="000000"/>
          <w:szCs w:val="20"/>
        </w:rPr>
        <w:t xml:space="preserve"> </w:t>
      </w:r>
      <w:proofErr w:type="spellStart"/>
      <w:r w:rsidRPr="00465030">
        <w:rPr>
          <w:color w:val="000000"/>
          <w:szCs w:val="20"/>
        </w:rPr>
        <w:t>automatico</w:t>
      </w:r>
      <w:proofErr w:type="spellEnd"/>
      <w:r w:rsidRPr="00465030">
        <w:rPr>
          <w:color w:val="000000"/>
          <w:szCs w:val="20"/>
        </w:rPr>
        <w:t xml:space="preserve"> al </w:t>
      </w:r>
      <w:proofErr w:type="spellStart"/>
      <w:r w:rsidRPr="00465030">
        <w:rPr>
          <w:color w:val="000000"/>
          <w:szCs w:val="20"/>
        </w:rPr>
        <w:t>conferimento</w:t>
      </w:r>
      <w:proofErr w:type="spellEnd"/>
      <w:r w:rsidRPr="00465030">
        <w:rPr>
          <w:color w:val="000000"/>
          <w:szCs w:val="20"/>
        </w:rPr>
        <w:t xml:space="preserve"> di </w:t>
      </w:r>
      <w:proofErr w:type="spellStart"/>
      <w:r w:rsidRPr="00465030">
        <w:rPr>
          <w:color w:val="000000"/>
          <w:szCs w:val="20"/>
        </w:rPr>
        <w:t>incarichi</w:t>
      </w:r>
      <w:proofErr w:type="spellEnd"/>
      <w:r w:rsidRPr="00465030">
        <w:rPr>
          <w:color w:val="000000"/>
          <w:szCs w:val="20"/>
        </w:rPr>
        <w:t xml:space="preserve">, </w:t>
      </w:r>
      <w:proofErr w:type="spellStart"/>
      <w:r w:rsidRPr="00465030">
        <w:rPr>
          <w:color w:val="000000"/>
          <w:szCs w:val="20"/>
        </w:rPr>
        <w:t>collaborazioni</w:t>
      </w:r>
      <w:proofErr w:type="spellEnd"/>
      <w:r w:rsidRPr="00465030">
        <w:rPr>
          <w:color w:val="000000"/>
          <w:szCs w:val="20"/>
        </w:rPr>
        <w:t xml:space="preserve"> o </w:t>
      </w:r>
      <w:proofErr w:type="spellStart"/>
      <w:r w:rsidRPr="00465030">
        <w:rPr>
          <w:color w:val="000000"/>
          <w:szCs w:val="20"/>
        </w:rPr>
        <w:t>rapporti</w:t>
      </w:r>
      <w:proofErr w:type="spellEnd"/>
      <w:r w:rsidRPr="00465030">
        <w:rPr>
          <w:color w:val="000000"/>
          <w:szCs w:val="20"/>
        </w:rPr>
        <w:t xml:space="preserve"> di </w:t>
      </w:r>
      <w:proofErr w:type="spellStart"/>
      <w:r w:rsidRPr="00465030">
        <w:rPr>
          <w:color w:val="000000"/>
          <w:szCs w:val="20"/>
        </w:rPr>
        <w:t>lavoro</w:t>
      </w:r>
      <w:proofErr w:type="spellEnd"/>
      <w:r w:rsidRPr="00465030">
        <w:rPr>
          <w:color w:val="000000"/>
          <w:szCs w:val="20"/>
        </w:rPr>
        <w:t>;</w:t>
      </w:r>
    </w:p>
    <w:p w14:paraId="46A552C8" w14:textId="77777777" w:rsidR="0085442A" w:rsidRPr="00465030" w:rsidRDefault="0085442A" w:rsidP="0085442A">
      <w:pPr>
        <w:numPr>
          <w:ilvl w:val="0"/>
          <w:numId w:val="10"/>
        </w:numPr>
        <w:spacing w:before="100" w:beforeAutospacing="1" w:after="100" w:afterAutospacing="1" w:line="240" w:lineRule="auto"/>
        <w:rPr>
          <w:color w:val="000000"/>
          <w:szCs w:val="20"/>
        </w:rPr>
      </w:pPr>
      <w:r w:rsidRPr="00465030">
        <w:rPr>
          <w:color w:val="000000"/>
          <w:szCs w:val="20"/>
        </w:rPr>
        <w:t xml:space="preserve">di </w:t>
      </w:r>
      <w:proofErr w:type="spellStart"/>
      <w:r w:rsidRPr="00465030">
        <w:rPr>
          <w:color w:val="000000"/>
          <w:szCs w:val="20"/>
        </w:rPr>
        <w:t>essere</w:t>
      </w:r>
      <w:proofErr w:type="spellEnd"/>
      <w:r w:rsidRPr="00465030">
        <w:rPr>
          <w:color w:val="000000"/>
          <w:szCs w:val="20"/>
        </w:rPr>
        <w:t xml:space="preserve"> </w:t>
      </w:r>
      <w:proofErr w:type="spellStart"/>
      <w:r w:rsidRPr="00465030">
        <w:rPr>
          <w:color w:val="000000"/>
          <w:szCs w:val="20"/>
        </w:rPr>
        <w:t>consapevole</w:t>
      </w:r>
      <w:proofErr w:type="spellEnd"/>
      <w:r w:rsidRPr="00465030">
        <w:rPr>
          <w:color w:val="000000"/>
          <w:szCs w:val="20"/>
        </w:rPr>
        <w:t xml:space="preserve"> </w:t>
      </w:r>
      <w:proofErr w:type="spellStart"/>
      <w:r w:rsidRPr="00465030">
        <w:rPr>
          <w:color w:val="000000"/>
          <w:szCs w:val="20"/>
        </w:rPr>
        <w:t>che</w:t>
      </w:r>
      <w:proofErr w:type="spellEnd"/>
      <w:r w:rsidRPr="00465030">
        <w:rPr>
          <w:color w:val="000000"/>
          <w:szCs w:val="20"/>
        </w:rPr>
        <w:t xml:space="preserve"> </w:t>
      </w:r>
      <w:proofErr w:type="spellStart"/>
      <w:r w:rsidRPr="00465030">
        <w:rPr>
          <w:color w:val="000000"/>
          <w:szCs w:val="20"/>
        </w:rPr>
        <w:t>l’eventuale</w:t>
      </w:r>
      <w:proofErr w:type="spellEnd"/>
      <w:r w:rsidRPr="00465030">
        <w:rPr>
          <w:color w:val="000000"/>
          <w:szCs w:val="20"/>
        </w:rPr>
        <w:t xml:space="preserve"> </w:t>
      </w:r>
      <w:proofErr w:type="spellStart"/>
      <w:r w:rsidRPr="00465030">
        <w:rPr>
          <w:color w:val="000000"/>
          <w:szCs w:val="20"/>
        </w:rPr>
        <w:t>conferimento</w:t>
      </w:r>
      <w:proofErr w:type="spellEnd"/>
      <w:r w:rsidRPr="00465030">
        <w:rPr>
          <w:color w:val="000000"/>
          <w:szCs w:val="20"/>
        </w:rPr>
        <w:t xml:space="preserve"> di </w:t>
      </w:r>
      <w:proofErr w:type="spellStart"/>
      <w:r w:rsidRPr="00465030">
        <w:rPr>
          <w:color w:val="000000"/>
          <w:szCs w:val="20"/>
        </w:rPr>
        <w:t>incarico</w:t>
      </w:r>
      <w:proofErr w:type="spellEnd"/>
      <w:r w:rsidRPr="00465030">
        <w:rPr>
          <w:color w:val="000000"/>
          <w:szCs w:val="20"/>
        </w:rPr>
        <w:t xml:space="preserve">, </w:t>
      </w:r>
      <w:proofErr w:type="spellStart"/>
      <w:r w:rsidRPr="00465030">
        <w:rPr>
          <w:color w:val="000000"/>
          <w:szCs w:val="20"/>
        </w:rPr>
        <w:t>collaborazione</w:t>
      </w:r>
      <w:proofErr w:type="spellEnd"/>
      <w:r w:rsidRPr="00465030">
        <w:rPr>
          <w:color w:val="000000"/>
          <w:szCs w:val="20"/>
        </w:rPr>
        <w:t xml:space="preserve"> o </w:t>
      </w:r>
      <w:proofErr w:type="spellStart"/>
      <w:r w:rsidRPr="00465030">
        <w:rPr>
          <w:color w:val="000000"/>
          <w:szCs w:val="20"/>
        </w:rPr>
        <w:t>rapporto</w:t>
      </w:r>
      <w:proofErr w:type="spellEnd"/>
      <w:r w:rsidRPr="00465030">
        <w:rPr>
          <w:color w:val="000000"/>
          <w:szCs w:val="20"/>
        </w:rPr>
        <w:t xml:space="preserve"> di </w:t>
      </w:r>
      <w:proofErr w:type="spellStart"/>
      <w:r w:rsidRPr="00465030">
        <w:rPr>
          <w:color w:val="000000"/>
          <w:szCs w:val="20"/>
        </w:rPr>
        <w:t>lavoro</w:t>
      </w:r>
      <w:proofErr w:type="spellEnd"/>
      <w:r w:rsidRPr="00465030">
        <w:rPr>
          <w:color w:val="000000"/>
          <w:szCs w:val="20"/>
        </w:rPr>
        <w:t xml:space="preserve"> </w:t>
      </w:r>
      <w:proofErr w:type="spellStart"/>
      <w:r w:rsidRPr="00465030">
        <w:rPr>
          <w:color w:val="000000"/>
          <w:szCs w:val="20"/>
        </w:rPr>
        <w:t>sarà</w:t>
      </w:r>
      <w:proofErr w:type="spellEnd"/>
      <w:r w:rsidRPr="00465030">
        <w:rPr>
          <w:color w:val="000000"/>
          <w:szCs w:val="20"/>
        </w:rPr>
        <w:t xml:space="preserve"> </w:t>
      </w:r>
      <w:proofErr w:type="spellStart"/>
      <w:r w:rsidRPr="00465030">
        <w:rPr>
          <w:color w:val="000000"/>
          <w:szCs w:val="20"/>
        </w:rPr>
        <w:t>subordinato</w:t>
      </w:r>
      <w:proofErr w:type="spellEnd"/>
      <w:r w:rsidRPr="00465030">
        <w:rPr>
          <w:color w:val="000000"/>
          <w:szCs w:val="20"/>
        </w:rPr>
        <w:t xml:space="preserve"> alle </w:t>
      </w:r>
      <w:proofErr w:type="spellStart"/>
      <w:r w:rsidRPr="00465030">
        <w:rPr>
          <w:color w:val="000000"/>
          <w:szCs w:val="20"/>
        </w:rPr>
        <w:t>effettive</w:t>
      </w:r>
      <w:proofErr w:type="spellEnd"/>
      <w:r w:rsidRPr="00465030">
        <w:rPr>
          <w:color w:val="000000"/>
          <w:szCs w:val="20"/>
        </w:rPr>
        <w:t xml:space="preserve"> </w:t>
      </w:r>
      <w:proofErr w:type="spellStart"/>
      <w:r w:rsidRPr="00465030">
        <w:rPr>
          <w:color w:val="000000"/>
          <w:szCs w:val="20"/>
        </w:rPr>
        <w:t>esigenze</w:t>
      </w:r>
      <w:proofErr w:type="spellEnd"/>
      <w:r w:rsidRPr="00465030">
        <w:rPr>
          <w:color w:val="000000"/>
          <w:szCs w:val="20"/>
        </w:rPr>
        <w:t xml:space="preserve"> </w:t>
      </w:r>
      <w:proofErr w:type="spellStart"/>
      <w:r w:rsidRPr="00465030">
        <w:rPr>
          <w:color w:val="000000"/>
          <w:szCs w:val="20"/>
        </w:rPr>
        <w:t>progettuali</w:t>
      </w:r>
      <w:proofErr w:type="spellEnd"/>
      <w:r w:rsidRPr="00465030">
        <w:rPr>
          <w:color w:val="000000"/>
          <w:szCs w:val="20"/>
        </w:rPr>
        <w:t xml:space="preserve">, alla </w:t>
      </w:r>
      <w:proofErr w:type="spellStart"/>
      <w:r w:rsidRPr="00465030">
        <w:rPr>
          <w:color w:val="000000"/>
          <w:szCs w:val="20"/>
        </w:rPr>
        <w:t>disponibilità</w:t>
      </w:r>
      <w:proofErr w:type="spellEnd"/>
      <w:r w:rsidRPr="00465030">
        <w:rPr>
          <w:color w:val="000000"/>
          <w:szCs w:val="20"/>
        </w:rPr>
        <w:t xml:space="preserve"> delle </w:t>
      </w:r>
      <w:proofErr w:type="spellStart"/>
      <w:r w:rsidRPr="00465030">
        <w:rPr>
          <w:color w:val="000000"/>
          <w:szCs w:val="20"/>
        </w:rPr>
        <w:t>risorse</w:t>
      </w:r>
      <w:proofErr w:type="spellEnd"/>
      <w:r w:rsidRPr="00465030">
        <w:rPr>
          <w:color w:val="000000"/>
          <w:szCs w:val="20"/>
        </w:rPr>
        <w:t xml:space="preserve"> </w:t>
      </w:r>
      <w:proofErr w:type="spellStart"/>
      <w:r w:rsidRPr="00465030">
        <w:rPr>
          <w:color w:val="000000"/>
          <w:szCs w:val="20"/>
        </w:rPr>
        <w:t>finanziarie</w:t>
      </w:r>
      <w:proofErr w:type="spellEnd"/>
      <w:r w:rsidRPr="00465030">
        <w:rPr>
          <w:color w:val="000000"/>
          <w:szCs w:val="20"/>
        </w:rPr>
        <w:t xml:space="preserve">, alla </w:t>
      </w:r>
      <w:proofErr w:type="spellStart"/>
      <w:r w:rsidRPr="00465030">
        <w:rPr>
          <w:color w:val="000000"/>
          <w:szCs w:val="20"/>
        </w:rPr>
        <w:t>verifica</w:t>
      </w:r>
      <w:proofErr w:type="spellEnd"/>
      <w:r w:rsidRPr="00465030">
        <w:rPr>
          <w:color w:val="000000"/>
          <w:szCs w:val="20"/>
        </w:rPr>
        <w:t xml:space="preserve"> </w:t>
      </w:r>
      <w:proofErr w:type="spellStart"/>
      <w:r w:rsidRPr="00465030">
        <w:rPr>
          <w:color w:val="000000"/>
          <w:szCs w:val="20"/>
        </w:rPr>
        <w:t>dei</w:t>
      </w:r>
      <w:proofErr w:type="spellEnd"/>
      <w:r w:rsidRPr="00465030">
        <w:rPr>
          <w:color w:val="000000"/>
          <w:szCs w:val="20"/>
        </w:rPr>
        <w:t xml:space="preserve"> </w:t>
      </w:r>
      <w:proofErr w:type="spellStart"/>
      <w:r w:rsidRPr="00465030">
        <w:rPr>
          <w:color w:val="000000"/>
          <w:szCs w:val="20"/>
        </w:rPr>
        <w:t>requisiti</w:t>
      </w:r>
      <w:proofErr w:type="spellEnd"/>
      <w:r w:rsidRPr="00465030">
        <w:rPr>
          <w:color w:val="000000"/>
          <w:szCs w:val="20"/>
        </w:rPr>
        <w:t xml:space="preserve"> </w:t>
      </w:r>
      <w:proofErr w:type="spellStart"/>
      <w:r w:rsidRPr="00465030">
        <w:rPr>
          <w:color w:val="000000"/>
          <w:szCs w:val="20"/>
        </w:rPr>
        <w:t>dichiarati</w:t>
      </w:r>
      <w:proofErr w:type="spellEnd"/>
      <w:r w:rsidRPr="00465030">
        <w:rPr>
          <w:color w:val="000000"/>
          <w:szCs w:val="20"/>
        </w:rPr>
        <w:t xml:space="preserve"> e alla </w:t>
      </w:r>
      <w:proofErr w:type="spellStart"/>
      <w:r w:rsidRPr="00465030">
        <w:rPr>
          <w:color w:val="000000"/>
          <w:szCs w:val="20"/>
        </w:rPr>
        <w:t>valutazione</w:t>
      </w:r>
      <w:proofErr w:type="spellEnd"/>
      <w:r w:rsidRPr="00465030">
        <w:rPr>
          <w:color w:val="000000"/>
          <w:szCs w:val="20"/>
        </w:rPr>
        <w:t xml:space="preserve"> </w:t>
      </w:r>
      <w:proofErr w:type="spellStart"/>
      <w:r w:rsidRPr="00465030">
        <w:rPr>
          <w:color w:val="000000"/>
          <w:szCs w:val="20"/>
        </w:rPr>
        <w:t>dell’Ente</w:t>
      </w:r>
      <w:proofErr w:type="spellEnd"/>
      <w:r w:rsidRPr="00465030">
        <w:rPr>
          <w:color w:val="000000"/>
          <w:szCs w:val="20"/>
        </w:rPr>
        <w:t>;</w:t>
      </w:r>
    </w:p>
    <w:p w14:paraId="4F65AF44" w14:textId="77777777" w:rsidR="0085442A" w:rsidRPr="00465030" w:rsidRDefault="0085442A" w:rsidP="0085442A">
      <w:pPr>
        <w:numPr>
          <w:ilvl w:val="0"/>
          <w:numId w:val="10"/>
        </w:numPr>
        <w:spacing w:before="100" w:beforeAutospacing="1" w:after="100" w:afterAutospacing="1" w:line="240" w:lineRule="auto"/>
        <w:rPr>
          <w:color w:val="000000"/>
          <w:szCs w:val="20"/>
        </w:rPr>
      </w:pPr>
      <w:r w:rsidRPr="00465030">
        <w:rPr>
          <w:color w:val="000000"/>
          <w:szCs w:val="20"/>
        </w:rPr>
        <w:t xml:space="preserve">di </w:t>
      </w:r>
      <w:proofErr w:type="spellStart"/>
      <w:r w:rsidRPr="00465030">
        <w:rPr>
          <w:color w:val="000000"/>
          <w:szCs w:val="20"/>
        </w:rPr>
        <w:t>accettare</w:t>
      </w:r>
      <w:proofErr w:type="spellEnd"/>
      <w:r w:rsidRPr="00465030">
        <w:rPr>
          <w:color w:val="000000"/>
          <w:szCs w:val="20"/>
        </w:rPr>
        <w:t xml:space="preserve"> </w:t>
      </w:r>
      <w:proofErr w:type="spellStart"/>
      <w:r w:rsidRPr="00465030">
        <w:rPr>
          <w:color w:val="000000"/>
          <w:szCs w:val="20"/>
        </w:rPr>
        <w:t>integralmente</w:t>
      </w:r>
      <w:proofErr w:type="spellEnd"/>
      <w:r w:rsidRPr="00465030">
        <w:rPr>
          <w:color w:val="000000"/>
          <w:szCs w:val="20"/>
        </w:rPr>
        <w:t xml:space="preserve"> tutte le </w:t>
      </w:r>
      <w:proofErr w:type="spellStart"/>
      <w:r w:rsidRPr="00465030">
        <w:rPr>
          <w:color w:val="000000"/>
          <w:szCs w:val="20"/>
        </w:rPr>
        <w:t>condizioni</w:t>
      </w:r>
      <w:proofErr w:type="spellEnd"/>
      <w:r w:rsidRPr="00465030">
        <w:rPr>
          <w:color w:val="000000"/>
          <w:szCs w:val="20"/>
        </w:rPr>
        <w:t xml:space="preserve">, </w:t>
      </w:r>
      <w:proofErr w:type="spellStart"/>
      <w:r w:rsidRPr="00465030">
        <w:rPr>
          <w:color w:val="000000"/>
          <w:szCs w:val="20"/>
        </w:rPr>
        <w:t>prescrizioni</w:t>
      </w:r>
      <w:proofErr w:type="spellEnd"/>
      <w:r w:rsidRPr="00465030">
        <w:rPr>
          <w:color w:val="000000"/>
          <w:szCs w:val="20"/>
        </w:rPr>
        <w:t xml:space="preserve"> e </w:t>
      </w:r>
      <w:proofErr w:type="spellStart"/>
      <w:r w:rsidRPr="00465030">
        <w:rPr>
          <w:color w:val="000000"/>
          <w:szCs w:val="20"/>
        </w:rPr>
        <w:t>disposizioni</w:t>
      </w:r>
      <w:proofErr w:type="spellEnd"/>
      <w:r w:rsidRPr="00465030">
        <w:rPr>
          <w:color w:val="000000"/>
          <w:szCs w:val="20"/>
        </w:rPr>
        <w:t xml:space="preserve"> </w:t>
      </w:r>
      <w:proofErr w:type="spellStart"/>
      <w:r w:rsidRPr="00465030">
        <w:rPr>
          <w:color w:val="000000"/>
          <w:szCs w:val="20"/>
        </w:rPr>
        <w:t>contenute</w:t>
      </w:r>
      <w:proofErr w:type="spellEnd"/>
      <w:r w:rsidRPr="00465030">
        <w:rPr>
          <w:color w:val="000000"/>
          <w:szCs w:val="20"/>
        </w:rPr>
        <w:t xml:space="preserve"> </w:t>
      </w:r>
      <w:proofErr w:type="spellStart"/>
      <w:r w:rsidRPr="00465030">
        <w:rPr>
          <w:color w:val="000000"/>
          <w:szCs w:val="20"/>
        </w:rPr>
        <w:t>nell’Avviso</w:t>
      </w:r>
      <w:proofErr w:type="spellEnd"/>
      <w:r w:rsidRPr="00465030">
        <w:rPr>
          <w:color w:val="000000"/>
          <w:szCs w:val="20"/>
        </w:rPr>
        <w:t xml:space="preserve"> </w:t>
      </w:r>
      <w:proofErr w:type="spellStart"/>
      <w:r w:rsidRPr="00465030">
        <w:rPr>
          <w:color w:val="000000"/>
          <w:szCs w:val="20"/>
        </w:rPr>
        <w:t>pubblico</w:t>
      </w:r>
      <w:proofErr w:type="spellEnd"/>
      <w:r w:rsidRPr="00465030">
        <w:rPr>
          <w:color w:val="000000"/>
          <w:szCs w:val="20"/>
        </w:rPr>
        <w:t>.</w:t>
      </w:r>
    </w:p>
    <w:p w14:paraId="56CF3D22" w14:textId="2437964B" w:rsidR="0085442A" w:rsidRPr="00465030" w:rsidRDefault="0085442A" w:rsidP="0085442A">
      <w:pPr>
        <w:pStyle w:val="Titolo1"/>
        <w:rPr>
          <w:color w:val="000000"/>
          <w:sz w:val="20"/>
          <w:szCs w:val="20"/>
        </w:rPr>
      </w:pPr>
      <w:r w:rsidRPr="00465030">
        <w:rPr>
          <w:color w:val="000000"/>
          <w:sz w:val="20"/>
          <w:szCs w:val="20"/>
        </w:rPr>
        <w:t>REQUISITI SPECIFICI DEL PROFILO PRESCELTO</w:t>
      </w:r>
    </w:p>
    <w:p w14:paraId="676931D1" w14:textId="77777777" w:rsidR="0085442A" w:rsidRPr="00465030" w:rsidRDefault="0085442A" w:rsidP="0085442A">
      <w:pPr>
        <w:pStyle w:val="Titolo2"/>
        <w:rPr>
          <w:color w:val="000000"/>
          <w:sz w:val="20"/>
          <w:szCs w:val="20"/>
        </w:rPr>
      </w:pPr>
      <w:proofErr w:type="spellStart"/>
      <w:r w:rsidRPr="00465030">
        <w:rPr>
          <w:color w:val="000000"/>
          <w:sz w:val="20"/>
          <w:szCs w:val="20"/>
        </w:rPr>
        <w:t>Sezione</w:t>
      </w:r>
      <w:proofErr w:type="spellEnd"/>
      <w:r w:rsidRPr="00465030">
        <w:rPr>
          <w:color w:val="000000"/>
          <w:sz w:val="20"/>
          <w:szCs w:val="20"/>
        </w:rPr>
        <w:t xml:space="preserve"> A – </w:t>
      </w:r>
      <w:proofErr w:type="spellStart"/>
      <w:r w:rsidRPr="00465030">
        <w:rPr>
          <w:color w:val="000000"/>
          <w:sz w:val="20"/>
          <w:szCs w:val="20"/>
        </w:rPr>
        <w:t>Assistente</w:t>
      </w:r>
      <w:proofErr w:type="spellEnd"/>
      <w:r w:rsidRPr="00465030">
        <w:rPr>
          <w:color w:val="000000"/>
          <w:sz w:val="20"/>
          <w:szCs w:val="20"/>
        </w:rPr>
        <w:t xml:space="preserve"> Sociale</w:t>
      </w:r>
    </w:p>
    <w:p w14:paraId="49A9116A" w14:textId="77777777" w:rsidR="0085442A" w:rsidRPr="00465030" w:rsidRDefault="0085442A" w:rsidP="0085442A">
      <w:pPr>
        <w:pStyle w:val="NormaleWeb"/>
        <w:rPr>
          <w:color w:val="000000"/>
          <w:sz w:val="20"/>
          <w:szCs w:val="20"/>
        </w:rPr>
      </w:pPr>
      <w:r w:rsidRPr="00465030">
        <w:rPr>
          <w:color w:val="000000"/>
          <w:sz w:val="20"/>
          <w:szCs w:val="20"/>
        </w:rPr>
        <w:t>Da compilare solo in caso di candidatura per il profilo di</w:t>
      </w:r>
      <w:r w:rsidRPr="00465030">
        <w:rPr>
          <w:rStyle w:val="apple-converted-space"/>
          <w:color w:val="000000"/>
          <w:sz w:val="20"/>
          <w:szCs w:val="20"/>
        </w:rPr>
        <w:t> </w:t>
      </w:r>
      <w:r w:rsidRPr="00465030">
        <w:rPr>
          <w:rStyle w:val="Enfasigrassetto"/>
          <w:color w:val="000000"/>
          <w:sz w:val="20"/>
          <w:szCs w:val="20"/>
        </w:rPr>
        <w:t>Assistente Sociale</w:t>
      </w:r>
      <w:r w:rsidRPr="00465030">
        <w:rPr>
          <w:color w:val="000000"/>
          <w:sz w:val="20"/>
          <w:szCs w:val="20"/>
        </w:rPr>
        <w:t>.</w:t>
      </w:r>
    </w:p>
    <w:p w14:paraId="760DFE53" w14:textId="77777777" w:rsidR="0085442A" w:rsidRPr="00465030" w:rsidRDefault="0085442A" w:rsidP="0085442A">
      <w:pPr>
        <w:pStyle w:val="NormaleWeb"/>
        <w:rPr>
          <w:color w:val="000000"/>
          <w:sz w:val="20"/>
          <w:szCs w:val="20"/>
        </w:rPr>
      </w:pPr>
      <w:r w:rsidRPr="00465030">
        <w:rPr>
          <w:color w:val="000000"/>
          <w:sz w:val="20"/>
          <w:szCs w:val="20"/>
        </w:rPr>
        <w:t>Il/La sottoscritto/a dichiara:</w:t>
      </w:r>
    </w:p>
    <w:p w14:paraId="11E2A8CC" w14:textId="553205BD"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di essere in possesso della Laurea in Servizio Sociale conseguita presso</w:t>
      </w:r>
      <w:r w:rsidRPr="00465030">
        <w:rPr>
          <w:rStyle w:val="apple-converted-space"/>
          <w:color w:val="000000"/>
          <w:sz w:val="20"/>
          <w:szCs w:val="20"/>
        </w:rPr>
        <w:t> </w:t>
      </w:r>
      <w:r w:rsidRPr="00465030">
        <w:rPr>
          <w:rStyle w:val="Enfasigrassetto"/>
          <w:color w:val="000000"/>
          <w:sz w:val="20"/>
          <w:szCs w:val="20"/>
        </w:rPr>
        <w:t>________________________________________</w:t>
      </w:r>
      <w:r w:rsidR="00465030">
        <w:rPr>
          <w:rStyle w:val="apple-converted-space"/>
          <w:color w:val="000000"/>
          <w:sz w:val="20"/>
          <w:szCs w:val="20"/>
        </w:rPr>
        <w:t xml:space="preserve"> </w:t>
      </w:r>
      <w:r w:rsidRPr="00465030">
        <w:rPr>
          <w:color w:val="000000"/>
          <w:sz w:val="20"/>
          <w:szCs w:val="20"/>
        </w:rPr>
        <w:t>in data</w:t>
      </w:r>
      <w:r w:rsidRPr="00465030">
        <w:rPr>
          <w:rStyle w:val="apple-converted-space"/>
          <w:color w:val="000000"/>
          <w:sz w:val="20"/>
          <w:szCs w:val="20"/>
        </w:rPr>
        <w:t> </w:t>
      </w:r>
      <w:r w:rsidRPr="00465030">
        <w:rPr>
          <w:rStyle w:val="Enfasigrassetto"/>
          <w:color w:val="000000"/>
          <w:sz w:val="20"/>
          <w:szCs w:val="20"/>
        </w:rPr>
        <w:t>____ / ____ / ______</w:t>
      </w:r>
      <w:r w:rsidRPr="00465030">
        <w:rPr>
          <w:color w:val="000000"/>
          <w:sz w:val="20"/>
          <w:szCs w:val="20"/>
        </w:rPr>
        <w:t>;</w:t>
      </w:r>
    </w:p>
    <w:p w14:paraId="3F724A24"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di essere iscritto/a all’Albo professionale degli Assistenti Sociali della Regione</w:t>
      </w:r>
      <w:r w:rsidRPr="00465030">
        <w:rPr>
          <w:rStyle w:val="apple-converted-space"/>
          <w:color w:val="000000"/>
          <w:sz w:val="20"/>
          <w:szCs w:val="20"/>
        </w:rPr>
        <w:t> </w:t>
      </w:r>
      <w:r w:rsidRPr="00465030">
        <w:rPr>
          <w:rStyle w:val="Enfasigrassetto"/>
          <w:color w:val="000000"/>
          <w:sz w:val="20"/>
          <w:szCs w:val="20"/>
        </w:rPr>
        <w:t>________________________</w:t>
      </w:r>
      <w:r w:rsidRPr="00465030">
        <w:rPr>
          <w:color w:val="000000"/>
          <w:sz w:val="20"/>
          <w:szCs w:val="20"/>
        </w:rPr>
        <w:t>, sezione</w:t>
      </w:r>
      <w:r w:rsidRPr="00465030">
        <w:rPr>
          <w:rStyle w:val="apple-converted-space"/>
          <w:color w:val="000000"/>
          <w:sz w:val="20"/>
          <w:szCs w:val="20"/>
        </w:rPr>
        <w:t> </w:t>
      </w:r>
      <w:r w:rsidRPr="00465030">
        <w:rPr>
          <w:rStyle w:val="Enfasigrassetto"/>
          <w:color w:val="000000"/>
          <w:sz w:val="20"/>
          <w:szCs w:val="20"/>
        </w:rPr>
        <w:t>______</w:t>
      </w:r>
      <w:r w:rsidRPr="00465030">
        <w:rPr>
          <w:color w:val="000000"/>
          <w:sz w:val="20"/>
          <w:szCs w:val="20"/>
        </w:rPr>
        <w:t>, numero iscrizione</w:t>
      </w:r>
      <w:r w:rsidRPr="00465030">
        <w:rPr>
          <w:rStyle w:val="apple-converted-space"/>
          <w:color w:val="000000"/>
          <w:sz w:val="20"/>
          <w:szCs w:val="20"/>
        </w:rPr>
        <w:t> </w:t>
      </w:r>
      <w:r w:rsidRPr="00465030">
        <w:rPr>
          <w:rStyle w:val="Enfasigrassetto"/>
          <w:color w:val="000000"/>
          <w:sz w:val="20"/>
          <w:szCs w:val="20"/>
        </w:rPr>
        <w:t>________________________</w:t>
      </w:r>
      <w:r w:rsidRPr="00465030">
        <w:rPr>
          <w:color w:val="000000"/>
          <w:sz w:val="20"/>
          <w:szCs w:val="20"/>
        </w:rPr>
        <w:t>;</w:t>
      </w:r>
    </w:p>
    <w:p w14:paraId="1E930B1E"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di avere maturato esperienza in attività di presa in carico, accompagnamento, supporto o orientamento di soggetti fragili e vulnerabili, come meglio specificato nel curriculum allegato.</w:t>
      </w:r>
    </w:p>
    <w:p w14:paraId="0A1E2EAE" w14:textId="658A6AFF"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altro, specificare______________________________________________________________________ </w:t>
      </w:r>
    </w:p>
    <w:p w14:paraId="11FDD85B" w14:textId="77777777" w:rsidR="0085442A" w:rsidRPr="00465030" w:rsidRDefault="0085442A" w:rsidP="0085442A">
      <w:pPr>
        <w:pStyle w:val="NormaleWeb"/>
        <w:rPr>
          <w:color w:val="000000"/>
          <w:sz w:val="20"/>
          <w:szCs w:val="20"/>
        </w:rPr>
      </w:pPr>
    </w:p>
    <w:p w14:paraId="42F18634" w14:textId="77777777" w:rsidR="0085442A" w:rsidRPr="00465030" w:rsidRDefault="0085442A" w:rsidP="0085442A">
      <w:pPr>
        <w:pStyle w:val="Titolo2"/>
        <w:rPr>
          <w:color w:val="000000"/>
          <w:sz w:val="20"/>
          <w:szCs w:val="20"/>
        </w:rPr>
      </w:pPr>
      <w:proofErr w:type="spellStart"/>
      <w:r w:rsidRPr="00465030">
        <w:rPr>
          <w:color w:val="000000"/>
          <w:sz w:val="20"/>
          <w:szCs w:val="20"/>
        </w:rPr>
        <w:t>Sezione</w:t>
      </w:r>
      <w:proofErr w:type="spellEnd"/>
      <w:r w:rsidRPr="00465030">
        <w:rPr>
          <w:color w:val="000000"/>
          <w:sz w:val="20"/>
          <w:szCs w:val="20"/>
        </w:rPr>
        <w:t xml:space="preserve"> B – </w:t>
      </w:r>
      <w:proofErr w:type="spellStart"/>
      <w:r w:rsidRPr="00465030">
        <w:rPr>
          <w:color w:val="000000"/>
          <w:sz w:val="20"/>
          <w:szCs w:val="20"/>
        </w:rPr>
        <w:t>Operatore</w:t>
      </w:r>
      <w:proofErr w:type="spellEnd"/>
      <w:r w:rsidRPr="00465030">
        <w:rPr>
          <w:color w:val="000000"/>
          <w:sz w:val="20"/>
          <w:szCs w:val="20"/>
        </w:rPr>
        <w:t xml:space="preserve"> Sociale</w:t>
      </w:r>
    </w:p>
    <w:p w14:paraId="46B64D2F" w14:textId="77777777" w:rsidR="0085442A" w:rsidRPr="00465030" w:rsidRDefault="0085442A" w:rsidP="0085442A">
      <w:pPr>
        <w:pStyle w:val="NormaleWeb"/>
        <w:rPr>
          <w:color w:val="000000"/>
          <w:sz w:val="20"/>
          <w:szCs w:val="20"/>
        </w:rPr>
      </w:pPr>
      <w:r w:rsidRPr="00465030">
        <w:rPr>
          <w:color w:val="000000"/>
          <w:sz w:val="20"/>
          <w:szCs w:val="20"/>
        </w:rPr>
        <w:t>Da compilare solo in caso di candidatura per il profilo di</w:t>
      </w:r>
      <w:r w:rsidRPr="00465030">
        <w:rPr>
          <w:rStyle w:val="apple-converted-space"/>
          <w:color w:val="000000"/>
          <w:sz w:val="20"/>
          <w:szCs w:val="20"/>
        </w:rPr>
        <w:t> </w:t>
      </w:r>
      <w:r w:rsidRPr="00465030">
        <w:rPr>
          <w:rStyle w:val="Enfasigrassetto"/>
          <w:color w:val="000000"/>
          <w:sz w:val="20"/>
          <w:szCs w:val="20"/>
        </w:rPr>
        <w:t>Operatore Sociale</w:t>
      </w:r>
      <w:r w:rsidRPr="00465030">
        <w:rPr>
          <w:color w:val="000000"/>
          <w:sz w:val="20"/>
          <w:szCs w:val="20"/>
        </w:rPr>
        <w:t>.</w:t>
      </w:r>
    </w:p>
    <w:p w14:paraId="5ABBEB2D" w14:textId="77777777" w:rsidR="0085442A" w:rsidRPr="00465030" w:rsidRDefault="0085442A" w:rsidP="0085442A">
      <w:pPr>
        <w:pStyle w:val="NormaleWeb"/>
        <w:rPr>
          <w:color w:val="000000"/>
          <w:sz w:val="20"/>
          <w:szCs w:val="20"/>
        </w:rPr>
      </w:pPr>
      <w:r w:rsidRPr="00465030">
        <w:rPr>
          <w:color w:val="000000"/>
          <w:sz w:val="20"/>
          <w:szCs w:val="20"/>
        </w:rPr>
        <w:t>Il/La sottoscritto/a dichiara:</w:t>
      </w:r>
    </w:p>
    <w:p w14:paraId="7639F4C9"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di essere in possesso del Diploma di scuola secondaria superiore conseguito presso</w:t>
      </w:r>
      <w:r w:rsidRPr="00465030">
        <w:rPr>
          <w:rStyle w:val="apple-converted-space"/>
          <w:color w:val="000000"/>
          <w:sz w:val="20"/>
          <w:szCs w:val="20"/>
        </w:rPr>
        <w:t> </w:t>
      </w:r>
      <w:r w:rsidRPr="00465030">
        <w:rPr>
          <w:rStyle w:val="Enfasigrassetto"/>
          <w:color w:val="000000"/>
          <w:sz w:val="20"/>
          <w:szCs w:val="20"/>
        </w:rPr>
        <w:t>________________________________________</w:t>
      </w:r>
      <w:r w:rsidRPr="00465030">
        <w:rPr>
          <w:rStyle w:val="apple-converted-space"/>
          <w:color w:val="000000"/>
          <w:sz w:val="20"/>
          <w:szCs w:val="20"/>
        </w:rPr>
        <w:t> </w:t>
      </w:r>
      <w:r w:rsidRPr="00465030">
        <w:rPr>
          <w:color w:val="000000"/>
          <w:sz w:val="20"/>
          <w:szCs w:val="20"/>
        </w:rPr>
        <w:t>in data</w:t>
      </w:r>
      <w:r w:rsidRPr="00465030">
        <w:rPr>
          <w:rStyle w:val="apple-converted-space"/>
          <w:color w:val="000000"/>
          <w:sz w:val="20"/>
          <w:szCs w:val="20"/>
        </w:rPr>
        <w:t> </w:t>
      </w:r>
      <w:r w:rsidRPr="00465030">
        <w:rPr>
          <w:rStyle w:val="Enfasigrassetto"/>
          <w:color w:val="000000"/>
          <w:sz w:val="20"/>
          <w:szCs w:val="20"/>
        </w:rPr>
        <w:t>____ / ____ / ______</w:t>
      </w:r>
      <w:r w:rsidRPr="00465030">
        <w:rPr>
          <w:color w:val="000000"/>
          <w:sz w:val="20"/>
          <w:szCs w:val="20"/>
        </w:rPr>
        <w:t>;</w:t>
      </w:r>
    </w:p>
    <w:p w14:paraId="2870C240"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lastRenderedPageBreak/>
        <w:t>☐</w:t>
      </w:r>
      <w:r w:rsidRPr="00465030">
        <w:rPr>
          <w:color w:val="000000"/>
          <w:sz w:val="20"/>
          <w:szCs w:val="20"/>
        </w:rPr>
        <w:t xml:space="preserve"> di avere maturato esperienza in attività sociali, assistenziali, educative, territoriali, di promozione, informazione o supporto rivolte a soggetti fragili, vulnerabili e/o famiglie in condizione di difficoltà;</w:t>
      </w:r>
    </w:p>
    <w:p w14:paraId="0172890E" w14:textId="1272BCA0" w:rsidR="0085442A" w:rsidRPr="00465030" w:rsidRDefault="0085442A" w:rsidP="00465030">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di essere disponibile a collaborare alle attività di promozione progettuale, consegna dei kit ai cittadini e partecipazione agli eventi territoriali previsti dal progetto.</w:t>
      </w:r>
    </w:p>
    <w:p w14:paraId="22008114" w14:textId="77777777" w:rsidR="0085442A" w:rsidRPr="00465030" w:rsidRDefault="0085442A" w:rsidP="0085442A">
      <w:pPr>
        <w:pStyle w:val="Titolo2"/>
        <w:rPr>
          <w:color w:val="000000"/>
          <w:sz w:val="20"/>
          <w:szCs w:val="20"/>
        </w:rPr>
      </w:pPr>
      <w:proofErr w:type="spellStart"/>
      <w:r w:rsidRPr="00465030">
        <w:rPr>
          <w:color w:val="000000"/>
          <w:sz w:val="20"/>
          <w:szCs w:val="20"/>
        </w:rPr>
        <w:t>Sezione</w:t>
      </w:r>
      <w:proofErr w:type="spellEnd"/>
      <w:r w:rsidRPr="00465030">
        <w:rPr>
          <w:color w:val="000000"/>
          <w:sz w:val="20"/>
          <w:szCs w:val="20"/>
        </w:rPr>
        <w:t xml:space="preserve"> C – </w:t>
      </w:r>
      <w:proofErr w:type="spellStart"/>
      <w:r w:rsidRPr="00465030">
        <w:rPr>
          <w:color w:val="000000"/>
          <w:sz w:val="20"/>
          <w:szCs w:val="20"/>
        </w:rPr>
        <w:t>Facilitatore</w:t>
      </w:r>
      <w:proofErr w:type="spellEnd"/>
      <w:r w:rsidRPr="00465030">
        <w:rPr>
          <w:color w:val="000000"/>
          <w:sz w:val="20"/>
          <w:szCs w:val="20"/>
        </w:rPr>
        <w:t xml:space="preserve"> </w:t>
      </w:r>
      <w:proofErr w:type="spellStart"/>
      <w:r w:rsidRPr="00465030">
        <w:rPr>
          <w:color w:val="000000"/>
          <w:sz w:val="20"/>
          <w:szCs w:val="20"/>
        </w:rPr>
        <w:t>Digitale</w:t>
      </w:r>
      <w:proofErr w:type="spellEnd"/>
    </w:p>
    <w:p w14:paraId="0864AF71" w14:textId="77777777" w:rsidR="0085442A" w:rsidRPr="00465030" w:rsidRDefault="0085442A" w:rsidP="0085442A">
      <w:pPr>
        <w:pStyle w:val="NormaleWeb"/>
        <w:rPr>
          <w:color w:val="000000"/>
          <w:sz w:val="20"/>
          <w:szCs w:val="20"/>
        </w:rPr>
      </w:pPr>
      <w:r w:rsidRPr="00465030">
        <w:rPr>
          <w:color w:val="000000"/>
          <w:sz w:val="20"/>
          <w:szCs w:val="20"/>
        </w:rPr>
        <w:t>Da compilare solo in caso di candidatura per il profilo di</w:t>
      </w:r>
      <w:r w:rsidRPr="00465030">
        <w:rPr>
          <w:rStyle w:val="apple-converted-space"/>
          <w:color w:val="000000"/>
          <w:sz w:val="20"/>
          <w:szCs w:val="20"/>
        </w:rPr>
        <w:t> </w:t>
      </w:r>
      <w:r w:rsidRPr="00465030">
        <w:rPr>
          <w:rStyle w:val="Enfasigrassetto"/>
          <w:color w:val="000000"/>
          <w:sz w:val="20"/>
          <w:szCs w:val="20"/>
        </w:rPr>
        <w:t>Facilitatore Digitale</w:t>
      </w:r>
      <w:r w:rsidRPr="00465030">
        <w:rPr>
          <w:color w:val="000000"/>
          <w:sz w:val="20"/>
          <w:szCs w:val="20"/>
        </w:rPr>
        <w:t>.</w:t>
      </w:r>
    </w:p>
    <w:p w14:paraId="19AB327F" w14:textId="77777777" w:rsidR="0085442A" w:rsidRPr="00465030" w:rsidRDefault="0085442A" w:rsidP="0085442A">
      <w:pPr>
        <w:pStyle w:val="NormaleWeb"/>
        <w:rPr>
          <w:color w:val="000000"/>
          <w:sz w:val="20"/>
          <w:szCs w:val="20"/>
        </w:rPr>
      </w:pPr>
      <w:r w:rsidRPr="00465030">
        <w:rPr>
          <w:color w:val="000000"/>
          <w:sz w:val="20"/>
          <w:szCs w:val="20"/>
        </w:rPr>
        <w:t>Il/La sottoscritto/a dichiara:</w:t>
      </w:r>
    </w:p>
    <w:p w14:paraId="57BCE2F4"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di essere in possesso del Diploma di istruzione secondaria di secondo grado conseguito presso</w:t>
      </w:r>
      <w:r w:rsidRPr="00465030">
        <w:rPr>
          <w:rStyle w:val="apple-converted-space"/>
          <w:color w:val="000000"/>
          <w:sz w:val="20"/>
          <w:szCs w:val="20"/>
        </w:rPr>
        <w:t> </w:t>
      </w:r>
      <w:r w:rsidRPr="00465030">
        <w:rPr>
          <w:rStyle w:val="Enfasigrassetto"/>
          <w:color w:val="000000"/>
          <w:sz w:val="20"/>
          <w:szCs w:val="20"/>
        </w:rPr>
        <w:t>________________________________________</w:t>
      </w:r>
      <w:r w:rsidRPr="00465030">
        <w:rPr>
          <w:rStyle w:val="apple-converted-space"/>
          <w:color w:val="000000"/>
          <w:sz w:val="20"/>
          <w:szCs w:val="20"/>
        </w:rPr>
        <w:t> </w:t>
      </w:r>
      <w:r w:rsidRPr="00465030">
        <w:rPr>
          <w:color w:val="000000"/>
          <w:sz w:val="20"/>
          <w:szCs w:val="20"/>
        </w:rPr>
        <w:t>in data</w:t>
      </w:r>
      <w:r w:rsidRPr="00465030">
        <w:rPr>
          <w:rStyle w:val="apple-converted-space"/>
          <w:color w:val="000000"/>
          <w:sz w:val="20"/>
          <w:szCs w:val="20"/>
        </w:rPr>
        <w:t> </w:t>
      </w:r>
      <w:r w:rsidRPr="00465030">
        <w:rPr>
          <w:rStyle w:val="Enfasigrassetto"/>
          <w:color w:val="000000"/>
          <w:sz w:val="20"/>
          <w:szCs w:val="20"/>
        </w:rPr>
        <w:t>____ / ____ / ______</w:t>
      </w:r>
      <w:r w:rsidRPr="00465030">
        <w:rPr>
          <w:color w:val="000000"/>
          <w:sz w:val="20"/>
          <w:szCs w:val="20"/>
        </w:rPr>
        <w:t>;</w:t>
      </w:r>
    </w:p>
    <w:p w14:paraId="045B7E4D"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di possedere adeguate competenze informatiche;</w:t>
      </w:r>
    </w:p>
    <w:p w14:paraId="45090F10"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di avere esperienza nel supporto all’utenza vulnerabile;</w:t>
      </w:r>
    </w:p>
    <w:p w14:paraId="0793B068"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di possedere capacità di semplificazione, orientamento e accompagnamento digitale;</w:t>
      </w:r>
    </w:p>
    <w:p w14:paraId="7509B446" w14:textId="56BB1027" w:rsidR="0085442A" w:rsidRPr="00465030" w:rsidRDefault="0085442A" w:rsidP="00465030">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di essere disponibile a fornire supporto all’utenza nell’accesso e nell’utilizzo di strumenti e servizi digitali quali SPID, Fascicolo Sanitario Elettronico, CUP, piattaforme regionali, strumenti di telemedicina e software gestionali connessi alle attività progettuali.</w:t>
      </w:r>
    </w:p>
    <w:p w14:paraId="1055CAC8" w14:textId="77777777" w:rsidR="0085442A" w:rsidRPr="00465030" w:rsidRDefault="0085442A" w:rsidP="0085442A">
      <w:pPr>
        <w:pStyle w:val="Titolo1"/>
        <w:rPr>
          <w:color w:val="000000"/>
          <w:sz w:val="20"/>
          <w:szCs w:val="20"/>
        </w:rPr>
      </w:pPr>
      <w:r w:rsidRPr="00465030">
        <w:rPr>
          <w:color w:val="000000"/>
          <w:sz w:val="20"/>
          <w:szCs w:val="20"/>
        </w:rPr>
        <w:t>ESPERIENZE PROFESSIONALI RILEVANTI</w:t>
      </w:r>
    </w:p>
    <w:p w14:paraId="46511CF8" w14:textId="77777777" w:rsidR="0085442A" w:rsidRPr="00465030" w:rsidRDefault="0085442A" w:rsidP="0085442A">
      <w:pPr>
        <w:pStyle w:val="NormaleWeb"/>
        <w:rPr>
          <w:color w:val="000000"/>
          <w:sz w:val="20"/>
          <w:szCs w:val="20"/>
        </w:rPr>
      </w:pPr>
      <w:r w:rsidRPr="00465030">
        <w:rPr>
          <w:color w:val="000000"/>
          <w:sz w:val="20"/>
          <w:szCs w:val="20"/>
        </w:rPr>
        <w:t>Il/La sottoscritto/a dichiara di aver maturato le seguenti esperienze professionali coerenti con il profilo per il quale presenta candidatura:</w:t>
      </w:r>
    </w:p>
    <w:p w14:paraId="30D1266B" w14:textId="77777777" w:rsidR="0085442A" w:rsidRPr="00465030" w:rsidRDefault="0085442A" w:rsidP="0085442A">
      <w:pPr>
        <w:pStyle w:val="NormaleWeb"/>
        <w:rPr>
          <w:color w:val="000000"/>
          <w:sz w:val="20"/>
          <w:szCs w:val="20"/>
        </w:rPr>
      </w:pPr>
      <w:r w:rsidRPr="00465030">
        <w:rPr>
          <w:rStyle w:val="Enfasigrassetto"/>
          <w:color w:val="000000"/>
          <w:sz w:val="20"/>
          <w:szCs w:val="20"/>
        </w:rPr>
        <w:t>1. Ente/Società/Organizzazione:</w:t>
      </w:r>
    </w:p>
    <w:p w14:paraId="62BBA5EB" w14:textId="3A7E21A7" w:rsidR="0085442A" w:rsidRPr="00465030" w:rsidRDefault="0085442A" w:rsidP="0085442A">
      <w:pPr>
        <w:rPr>
          <w:szCs w:val="20"/>
        </w:rPr>
      </w:pPr>
      <w:r w:rsidRPr="00465030">
        <w:rPr>
          <w:szCs w:val="20"/>
        </w:rPr>
        <w:t>____________________________________________________________________________________________</w:t>
      </w:r>
    </w:p>
    <w:p w14:paraId="53D91A69" w14:textId="77777777" w:rsidR="0085442A" w:rsidRPr="00465030" w:rsidRDefault="0085442A" w:rsidP="0085442A">
      <w:pPr>
        <w:pStyle w:val="NormaleWeb"/>
        <w:rPr>
          <w:color w:val="000000"/>
          <w:sz w:val="20"/>
          <w:szCs w:val="20"/>
        </w:rPr>
      </w:pPr>
      <w:r w:rsidRPr="00465030">
        <w:rPr>
          <w:rStyle w:val="Enfasigrassetto"/>
          <w:color w:val="000000"/>
          <w:sz w:val="20"/>
          <w:szCs w:val="20"/>
        </w:rPr>
        <w:t>Periodo di svolgimento:</w:t>
      </w:r>
      <w:r w:rsidRPr="00465030">
        <w:rPr>
          <w:color w:val="000000"/>
          <w:sz w:val="20"/>
          <w:szCs w:val="20"/>
        </w:rPr>
        <w:br/>
        <w:t>dal ____ / ____ / ______ al ____ / ____ / ______</w:t>
      </w:r>
    </w:p>
    <w:p w14:paraId="4AD71984" w14:textId="77777777" w:rsidR="0085442A" w:rsidRPr="00465030" w:rsidRDefault="0085442A" w:rsidP="0085442A">
      <w:pPr>
        <w:pStyle w:val="NormaleWeb"/>
        <w:rPr>
          <w:color w:val="000000"/>
          <w:sz w:val="20"/>
          <w:szCs w:val="20"/>
        </w:rPr>
      </w:pPr>
      <w:r w:rsidRPr="00465030">
        <w:rPr>
          <w:rStyle w:val="Enfasigrassetto"/>
          <w:color w:val="000000"/>
          <w:sz w:val="20"/>
          <w:szCs w:val="20"/>
        </w:rPr>
        <w:t>Ruolo ricoperto:</w:t>
      </w:r>
    </w:p>
    <w:p w14:paraId="38FAC1F5" w14:textId="17DF8D1B" w:rsidR="0085442A" w:rsidRPr="00465030" w:rsidRDefault="0085442A" w:rsidP="0085442A">
      <w:pPr>
        <w:rPr>
          <w:szCs w:val="20"/>
        </w:rPr>
      </w:pPr>
      <w:r w:rsidRPr="00465030">
        <w:rPr>
          <w:szCs w:val="20"/>
        </w:rPr>
        <w:t>____________________________________________________________________________________________</w:t>
      </w:r>
    </w:p>
    <w:p w14:paraId="06EFA827" w14:textId="77777777" w:rsidR="0085442A" w:rsidRPr="00465030" w:rsidRDefault="0085442A" w:rsidP="0085442A">
      <w:pPr>
        <w:pStyle w:val="NormaleWeb"/>
        <w:rPr>
          <w:color w:val="000000"/>
          <w:sz w:val="20"/>
          <w:szCs w:val="20"/>
        </w:rPr>
      </w:pPr>
      <w:r w:rsidRPr="00465030">
        <w:rPr>
          <w:rStyle w:val="Enfasigrassetto"/>
          <w:color w:val="000000"/>
          <w:sz w:val="20"/>
          <w:szCs w:val="20"/>
        </w:rPr>
        <w:t>Principali attività svolte:</w:t>
      </w:r>
    </w:p>
    <w:p w14:paraId="331292F8" w14:textId="4A8A0476" w:rsidR="0085442A" w:rsidRPr="00465030" w:rsidRDefault="0085442A" w:rsidP="0085442A">
      <w:pPr>
        <w:rPr>
          <w:szCs w:val="20"/>
        </w:rPr>
      </w:pPr>
      <w:r w:rsidRPr="00465030">
        <w:rPr>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C968DB" w14:textId="77777777" w:rsidR="0085442A" w:rsidRPr="00465030" w:rsidRDefault="0085442A" w:rsidP="0085442A">
      <w:pPr>
        <w:pStyle w:val="Titolo1"/>
        <w:rPr>
          <w:color w:val="000000"/>
          <w:sz w:val="20"/>
          <w:szCs w:val="20"/>
        </w:rPr>
      </w:pPr>
      <w:r w:rsidRPr="00465030">
        <w:rPr>
          <w:color w:val="000000"/>
          <w:sz w:val="20"/>
          <w:szCs w:val="20"/>
        </w:rPr>
        <w:lastRenderedPageBreak/>
        <w:t>DISPONIBILITÀ TERRITORIALE</w:t>
      </w:r>
    </w:p>
    <w:p w14:paraId="73C85EDD" w14:textId="77777777" w:rsidR="0085442A" w:rsidRPr="00465030" w:rsidRDefault="0085442A" w:rsidP="0085442A">
      <w:pPr>
        <w:pStyle w:val="NormaleWeb"/>
        <w:rPr>
          <w:color w:val="000000"/>
          <w:sz w:val="20"/>
          <w:szCs w:val="20"/>
        </w:rPr>
      </w:pPr>
      <w:r w:rsidRPr="00465030">
        <w:rPr>
          <w:color w:val="000000"/>
          <w:sz w:val="20"/>
          <w:szCs w:val="20"/>
        </w:rPr>
        <w:t>Il/La sottoscritto/a dichiara la propria disponibilità a svolgere le attività progettuali, secondo le esigenze operative, presso uno o più dei seguenti ambiti territoriali:</w:t>
      </w:r>
    </w:p>
    <w:p w14:paraId="68EC4529"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Distretto Sanitario 60 – Nocera Inferiore / Castel San Giorgio</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Distretto Sanitario 61 – Angri / Scafati</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Distretto Sanitario 62 – Sarno / Pagani</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Distretto Sanitario 63 – Cava de’ Tirreni / Costa d’Amalfi</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Distretto Sanitario 64 – Eboli / Buccino</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Distretto Sanitario 65 – Battipaglia</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Distretto Sanitario 66 – Salerno</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Distretto Sanitario 67 – Mercato San Severino / Fisciano</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Distretto Sanitario 68 – Giffoni Valle Piana</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Distretto Sanitario 69 – Capaccio / Roccadaspide</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Distretto Sanitario 70 – Vallo della Lucania / Agropoli</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Distretto Sanitario 71 – Sapri</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Distretto Sanitario 72 – Sala Consilina / Polla</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Intero territorio della Provincia di Salerno</w:t>
      </w:r>
    </w:p>
    <w:p w14:paraId="57F182E2" w14:textId="77777777" w:rsidR="0085442A" w:rsidRPr="00465030" w:rsidRDefault="0085442A" w:rsidP="0085442A">
      <w:pPr>
        <w:pStyle w:val="Titolo1"/>
        <w:rPr>
          <w:color w:val="000000"/>
          <w:sz w:val="20"/>
          <w:szCs w:val="20"/>
        </w:rPr>
      </w:pPr>
      <w:r w:rsidRPr="00465030">
        <w:rPr>
          <w:color w:val="000000"/>
          <w:sz w:val="20"/>
          <w:szCs w:val="20"/>
        </w:rPr>
        <w:t>DISPONIBILITÀ ORARIA E OPERATIVA</w:t>
      </w:r>
    </w:p>
    <w:p w14:paraId="673709D7" w14:textId="77777777" w:rsidR="0085442A" w:rsidRPr="00465030" w:rsidRDefault="0085442A" w:rsidP="0085442A">
      <w:pPr>
        <w:pStyle w:val="NormaleWeb"/>
        <w:rPr>
          <w:color w:val="000000"/>
          <w:sz w:val="20"/>
          <w:szCs w:val="20"/>
        </w:rPr>
      </w:pPr>
      <w:r w:rsidRPr="00465030">
        <w:rPr>
          <w:color w:val="000000"/>
          <w:sz w:val="20"/>
          <w:szCs w:val="20"/>
        </w:rPr>
        <w:t>Il/La sottoscritto/a dichiara la propria disponibilità:</w:t>
      </w:r>
    </w:p>
    <w:p w14:paraId="458172F8"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full-time;</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part-time;</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in base alle esigenze progettuali;</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nei giorni feriali;</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in occasione di eventi territoriali, incontri informativi, attività pubbliche e giornate progettuali;</w:t>
      </w:r>
      <w:r w:rsidRPr="00465030">
        <w:rPr>
          <w:color w:val="000000"/>
          <w:sz w:val="20"/>
          <w:szCs w:val="20"/>
        </w:rPr>
        <w:br/>
      </w:r>
      <w:r w:rsidRPr="00465030">
        <w:rPr>
          <w:rFonts w:ascii="Segoe UI Symbol" w:hAnsi="Segoe UI Symbol" w:cs="Segoe UI Symbol"/>
          <w:color w:val="000000"/>
          <w:sz w:val="20"/>
          <w:szCs w:val="20"/>
        </w:rPr>
        <w:t>☐</w:t>
      </w:r>
      <w:r w:rsidRPr="00465030">
        <w:rPr>
          <w:color w:val="000000"/>
          <w:sz w:val="20"/>
          <w:szCs w:val="20"/>
        </w:rPr>
        <w:t xml:space="preserve"> a spostamenti sul territorio provinciale, ove richiesti dalle attività progettuali.</w:t>
      </w:r>
    </w:p>
    <w:p w14:paraId="12246339" w14:textId="77777777" w:rsidR="0085442A" w:rsidRPr="00465030" w:rsidRDefault="0085442A" w:rsidP="0085442A">
      <w:pPr>
        <w:pStyle w:val="NormaleWeb"/>
        <w:pBdr>
          <w:bottom w:val="single" w:sz="12" w:space="1" w:color="auto"/>
        </w:pBdr>
        <w:rPr>
          <w:color w:val="000000"/>
          <w:sz w:val="20"/>
          <w:szCs w:val="20"/>
        </w:rPr>
      </w:pPr>
      <w:r w:rsidRPr="00465030">
        <w:rPr>
          <w:color w:val="000000"/>
          <w:sz w:val="20"/>
          <w:szCs w:val="20"/>
        </w:rPr>
        <w:t>Eventuali limitazioni di disponibilità:</w:t>
      </w:r>
    </w:p>
    <w:p w14:paraId="43F21F82" w14:textId="77777777" w:rsidR="0085442A" w:rsidRPr="00465030" w:rsidRDefault="0085442A" w:rsidP="0085442A">
      <w:pPr>
        <w:pStyle w:val="NormaleWeb"/>
        <w:pBdr>
          <w:bottom w:val="single" w:sz="12" w:space="1" w:color="auto"/>
        </w:pBdr>
        <w:rPr>
          <w:color w:val="000000"/>
          <w:sz w:val="20"/>
          <w:szCs w:val="20"/>
        </w:rPr>
      </w:pPr>
    </w:p>
    <w:p w14:paraId="0FABB53D" w14:textId="7AEC64ED" w:rsidR="0085442A" w:rsidRPr="00465030" w:rsidRDefault="0085442A" w:rsidP="0085442A">
      <w:pPr>
        <w:rPr>
          <w:b/>
          <w:bCs/>
          <w:szCs w:val="20"/>
        </w:rPr>
      </w:pPr>
      <w:r w:rsidRPr="00465030">
        <w:rPr>
          <w:b/>
          <w:bCs/>
          <w:color w:val="000000"/>
          <w:szCs w:val="20"/>
        </w:rPr>
        <w:t>ALLEGATI</w:t>
      </w:r>
    </w:p>
    <w:p w14:paraId="49549DCE" w14:textId="77777777" w:rsidR="0085442A" w:rsidRPr="00465030" w:rsidRDefault="0085442A" w:rsidP="0085442A">
      <w:pPr>
        <w:pStyle w:val="NormaleWeb"/>
        <w:rPr>
          <w:color w:val="000000"/>
          <w:sz w:val="20"/>
          <w:szCs w:val="20"/>
        </w:rPr>
      </w:pPr>
      <w:r w:rsidRPr="00465030">
        <w:rPr>
          <w:color w:val="000000"/>
          <w:sz w:val="20"/>
          <w:szCs w:val="20"/>
        </w:rPr>
        <w:t>Alla presente domanda si allegano:</w:t>
      </w:r>
    </w:p>
    <w:p w14:paraId="4E36CDF6"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Curriculum vitae et studiorum, datato e sottoscritto, redatto preferibilmente in formato europeo e reso sotto forma di autocertificazione ai sensi degli artt. 46 e 47 del D.P.R. 445/2000;</w:t>
      </w:r>
    </w:p>
    <w:p w14:paraId="27884650"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Copia fronte/retro di documento di riconoscimento in corso di validità;</w:t>
      </w:r>
    </w:p>
    <w:p w14:paraId="31FE2CC7"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Certificato C2 storico, se disponibile;</w:t>
      </w:r>
    </w:p>
    <w:p w14:paraId="7F088D3B"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lastRenderedPageBreak/>
        <w:t>☐</w:t>
      </w:r>
      <w:r w:rsidRPr="00465030">
        <w:rPr>
          <w:color w:val="000000"/>
          <w:sz w:val="20"/>
          <w:szCs w:val="20"/>
        </w:rPr>
        <w:t xml:space="preserve"> Eventuali attestati, certificazioni, titoli formativi o documentazione comprovante le esperienze dichiarate;</w:t>
      </w:r>
    </w:p>
    <w:p w14:paraId="061F0075" w14:textId="77777777" w:rsidR="0085442A" w:rsidRPr="00465030" w:rsidRDefault="0085442A" w:rsidP="0085442A">
      <w:pPr>
        <w:pStyle w:val="NormaleWeb"/>
        <w:rPr>
          <w:color w:val="000000"/>
          <w:sz w:val="20"/>
          <w:szCs w:val="20"/>
        </w:rPr>
      </w:pPr>
      <w:r w:rsidRPr="00465030">
        <w:rPr>
          <w:rFonts w:ascii="Segoe UI Symbol" w:hAnsi="Segoe UI Symbol" w:cs="Segoe UI Symbol"/>
          <w:color w:val="000000"/>
          <w:sz w:val="20"/>
          <w:szCs w:val="20"/>
        </w:rPr>
        <w:t>☐</w:t>
      </w:r>
      <w:r w:rsidRPr="00465030">
        <w:rPr>
          <w:color w:val="000000"/>
          <w:sz w:val="20"/>
          <w:szCs w:val="20"/>
        </w:rPr>
        <w:t xml:space="preserve"> Altro: _____________________________________________.</w:t>
      </w:r>
    </w:p>
    <w:p w14:paraId="20B77B58" w14:textId="77777777" w:rsidR="0085442A" w:rsidRPr="00465030" w:rsidRDefault="0085442A" w:rsidP="0085442A">
      <w:pPr>
        <w:pStyle w:val="Titolo1"/>
        <w:rPr>
          <w:color w:val="000000"/>
          <w:sz w:val="16"/>
          <w:szCs w:val="16"/>
        </w:rPr>
      </w:pPr>
      <w:r w:rsidRPr="00465030">
        <w:rPr>
          <w:color w:val="000000"/>
          <w:sz w:val="16"/>
          <w:szCs w:val="16"/>
        </w:rPr>
        <w:t>AUTORIZZAZIONE AL TRATTAMENTO DEI DATI PERSONALI</w:t>
      </w:r>
    </w:p>
    <w:p w14:paraId="3A03A4E1" w14:textId="77777777" w:rsidR="0085442A" w:rsidRPr="00465030" w:rsidRDefault="0085442A" w:rsidP="0085442A">
      <w:pPr>
        <w:pStyle w:val="NormaleWeb"/>
        <w:rPr>
          <w:color w:val="000000"/>
          <w:sz w:val="16"/>
          <w:szCs w:val="16"/>
        </w:rPr>
      </w:pPr>
      <w:r w:rsidRPr="00465030">
        <w:rPr>
          <w:color w:val="000000"/>
          <w:sz w:val="16"/>
          <w:szCs w:val="16"/>
        </w:rPr>
        <w:t xml:space="preserve">Il/La sottoscritto/a autorizza ASSeL – Assistenza e Lavoro </w:t>
      </w:r>
      <w:proofErr w:type="spellStart"/>
      <w:r w:rsidRPr="00465030">
        <w:rPr>
          <w:color w:val="000000"/>
          <w:sz w:val="16"/>
          <w:szCs w:val="16"/>
        </w:rPr>
        <w:t>s.c.s</w:t>
      </w:r>
      <w:proofErr w:type="spellEnd"/>
      <w:r w:rsidRPr="00465030">
        <w:rPr>
          <w:color w:val="000000"/>
          <w:sz w:val="16"/>
          <w:szCs w:val="16"/>
        </w:rPr>
        <w:t xml:space="preserve">. per azioni – ETS al trattamento dei dati personali contenuti nella presente domanda e nella documentazione allegata, ai sensi del Regolamento UE 2016/679 – GDPR e del </w:t>
      </w:r>
      <w:proofErr w:type="spellStart"/>
      <w:r w:rsidRPr="00465030">
        <w:rPr>
          <w:color w:val="000000"/>
          <w:sz w:val="16"/>
          <w:szCs w:val="16"/>
        </w:rPr>
        <w:t>D.Lgs.</w:t>
      </w:r>
      <w:proofErr w:type="spellEnd"/>
      <w:r w:rsidRPr="00465030">
        <w:rPr>
          <w:color w:val="000000"/>
          <w:sz w:val="16"/>
          <w:szCs w:val="16"/>
        </w:rPr>
        <w:t xml:space="preserve"> 196/2003 e successive modifiche e integrazioni, esclusivamente per le finalità connesse alla gestione della procedura di selezione, alla verifica dei requisiti dichiarati, alla valutazione della candidatura, alla formazione della short list e all’eventuale instaurazione di un rapporto di lavoro, collaborazione o incarico.</w:t>
      </w:r>
    </w:p>
    <w:p w14:paraId="7A78737B" w14:textId="77777777" w:rsidR="0085442A" w:rsidRPr="00465030" w:rsidRDefault="0085442A" w:rsidP="0085442A">
      <w:pPr>
        <w:pStyle w:val="Titolo1"/>
        <w:rPr>
          <w:color w:val="000000"/>
          <w:sz w:val="16"/>
          <w:szCs w:val="16"/>
        </w:rPr>
      </w:pPr>
      <w:r w:rsidRPr="00465030">
        <w:rPr>
          <w:color w:val="000000"/>
          <w:sz w:val="16"/>
          <w:szCs w:val="16"/>
        </w:rPr>
        <w:t>DICHIARAZIONE FINALE</w:t>
      </w:r>
    </w:p>
    <w:p w14:paraId="79F339B4" w14:textId="77777777" w:rsidR="0085442A" w:rsidRPr="00465030" w:rsidRDefault="0085442A" w:rsidP="0085442A">
      <w:pPr>
        <w:pStyle w:val="NormaleWeb"/>
        <w:rPr>
          <w:color w:val="000000"/>
          <w:sz w:val="16"/>
          <w:szCs w:val="16"/>
        </w:rPr>
      </w:pPr>
      <w:r w:rsidRPr="00465030">
        <w:rPr>
          <w:color w:val="000000"/>
          <w:sz w:val="16"/>
          <w:szCs w:val="16"/>
        </w:rPr>
        <w:t>Il/La sottoscritto/a dichiara di essere consapevole che l’Ente potrà effettuare controlli, anche a campione, sulla veridicità delle dichiarazioni rese e che, in caso di dichiarazioni mendaci o non veritiere, si procederà all’esclusione dalla procedura, alla cancellazione dalla short list o alla risoluzione dell’eventuale rapporto instaurato, ferme restando le responsabilità previste dalla normativa vigente.</w:t>
      </w:r>
    </w:p>
    <w:p w14:paraId="02F9B08C" w14:textId="77777777" w:rsidR="0085442A" w:rsidRPr="00465030" w:rsidRDefault="0085442A" w:rsidP="0085442A">
      <w:pPr>
        <w:pStyle w:val="NormaleWeb"/>
        <w:rPr>
          <w:color w:val="000000"/>
          <w:sz w:val="16"/>
          <w:szCs w:val="16"/>
        </w:rPr>
      </w:pPr>
      <w:r w:rsidRPr="00465030">
        <w:rPr>
          <w:color w:val="000000"/>
          <w:sz w:val="16"/>
          <w:szCs w:val="16"/>
        </w:rPr>
        <w:t>Dichiara, inoltre, di non poter avanzare pretese di indennizzo, risarcimento o rimborso spese in relazione alla partecipazione alla procedura, all’inserimento nella short list o all’eventuale sospensione, modifica, revoca o annullamento della stessa.</w:t>
      </w:r>
    </w:p>
    <w:p w14:paraId="3FF68B9A" w14:textId="24A70E27" w:rsidR="0085442A" w:rsidRDefault="0085442A" w:rsidP="0085442A"/>
    <w:p w14:paraId="70567B3F" w14:textId="77777777" w:rsidR="0085442A" w:rsidRDefault="0085442A" w:rsidP="0085442A">
      <w:pPr>
        <w:pStyle w:val="NormaleWeb"/>
        <w:rPr>
          <w:color w:val="000000"/>
        </w:rPr>
      </w:pPr>
      <w:r>
        <w:rPr>
          <w:color w:val="000000"/>
        </w:rPr>
        <w:t>Luogo e data:</w:t>
      </w:r>
      <w:r>
        <w:rPr>
          <w:rStyle w:val="apple-converted-space"/>
          <w:color w:val="000000"/>
        </w:rPr>
        <w:t> </w:t>
      </w:r>
      <w:r>
        <w:rPr>
          <w:rStyle w:val="Enfasigrassetto"/>
          <w:color w:val="000000"/>
        </w:rPr>
        <w:t>________________________, ____ / ____ / ______</w:t>
      </w:r>
    </w:p>
    <w:p w14:paraId="40C30ABC" w14:textId="77777777" w:rsidR="0085442A" w:rsidRDefault="0085442A" w:rsidP="0085442A">
      <w:pPr>
        <w:pStyle w:val="NormaleWeb"/>
        <w:rPr>
          <w:color w:val="000000"/>
        </w:rPr>
      </w:pPr>
      <w:r>
        <w:rPr>
          <w:color w:val="000000"/>
        </w:rPr>
        <w:t>Firma leggibile</w:t>
      </w:r>
      <w:r>
        <w:rPr>
          <w:color w:val="000000"/>
        </w:rPr>
        <w:br/>
      </w:r>
      <w:r>
        <w:rPr>
          <w:rStyle w:val="Enfasigrassetto"/>
          <w:color w:val="000000"/>
        </w:rPr>
        <w:t>________________________________________</w:t>
      </w:r>
    </w:p>
    <w:p w14:paraId="1C203004" w14:textId="77777777" w:rsidR="00A40705" w:rsidRDefault="00A40705" w:rsidP="00A40705">
      <w:pPr>
        <w:rPr>
          <w:b/>
          <w:sz w:val="22"/>
        </w:rPr>
      </w:pPr>
    </w:p>
    <w:sectPr w:rsidR="00A40705" w:rsidSect="00034616">
      <w:headerReference w:type="default" r:id="rId8"/>
      <w:footerReference w:type="default" r:id="rId9"/>
      <w:pgSz w:w="12240" w:h="15840"/>
      <w:pgMar w:top="964" w:right="964" w:bottom="794"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257401" w14:textId="77777777" w:rsidR="00FB4F2D" w:rsidRDefault="00FB4F2D">
      <w:pPr>
        <w:spacing w:after="0" w:line="240" w:lineRule="auto"/>
      </w:pPr>
      <w:r>
        <w:separator/>
      </w:r>
    </w:p>
  </w:endnote>
  <w:endnote w:type="continuationSeparator" w:id="0">
    <w:p w14:paraId="36CF0AA1" w14:textId="77777777" w:rsidR="00FB4F2D" w:rsidRDefault="00FB4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7F5D28" w14:textId="77777777" w:rsidR="000B511A" w:rsidRPr="009F0BC2" w:rsidRDefault="000B511A" w:rsidP="000B511A">
    <w:pPr>
      <w:pStyle w:val="Pidipagina"/>
      <w:jc w:val="right"/>
      <w:rPr>
        <w:rFonts w:ascii="Times New Roman" w:hAnsi="Times New Roman" w:cs="Times New Roman"/>
        <w:sz w:val="14"/>
        <w:szCs w:val="14"/>
      </w:rPr>
    </w:pPr>
    <w:r>
      <w:rPr>
        <w:noProof/>
      </w:rPr>
      <w:drawing>
        <wp:anchor distT="0" distB="0" distL="114300" distR="114300" simplePos="0" relativeHeight="251658240" behindDoc="1" locked="0" layoutInCell="1" allowOverlap="1" wp14:anchorId="03A2C972" wp14:editId="326C73E3">
          <wp:simplePos x="0" y="0"/>
          <wp:positionH relativeFrom="column">
            <wp:posOffset>202757</wp:posOffset>
          </wp:positionH>
          <wp:positionV relativeFrom="paragraph">
            <wp:posOffset>635</wp:posOffset>
          </wp:positionV>
          <wp:extent cx="1364057" cy="77724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ASSeL.png"/>
                  <pic:cNvPicPr/>
                </pic:nvPicPr>
                <pic:blipFill>
                  <a:blip r:embed="rId1">
                    <a:extLst>
                      <a:ext uri="{28A0092B-C50C-407E-A947-70E740481C1C}">
                        <a14:useLocalDpi xmlns:a14="http://schemas.microsoft.com/office/drawing/2010/main" val="0"/>
                      </a:ext>
                    </a:extLst>
                  </a:blip>
                  <a:stretch>
                    <a:fillRect/>
                  </a:stretch>
                </pic:blipFill>
                <pic:spPr>
                  <a:xfrm>
                    <a:off x="0" y="0"/>
                    <a:ext cx="1364057" cy="77724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9F0BC2">
      <w:rPr>
        <w:rFonts w:ascii="Times New Roman" w:hAnsi="Times New Roman" w:cs="Times New Roman"/>
        <w:sz w:val="14"/>
        <w:szCs w:val="14"/>
      </w:rPr>
      <w:t>ASSeL</w:t>
    </w:r>
    <w:proofErr w:type="spellEnd"/>
    <w:r w:rsidRPr="009F0BC2">
      <w:rPr>
        <w:rFonts w:ascii="Times New Roman" w:hAnsi="Times New Roman" w:cs="Times New Roman"/>
        <w:sz w:val="14"/>
        <w:szCs w:val="14"/>
      </w:rPr>
      <w:t xml:space="preserve"> </w:t>
    </w:r>
    <w:r>
      <w:rPr>
        <w:rFonts w:ascii="Times New Roman" w:hAnsi="Times New Roman" w:cs="Times New Roman"/>
        <w:sz w:val="14"/>
        <w:szCs w:val="14"/>
      </w:rPr>
      <w:t>–</w:t>
    </w:r>
    <w:r w:rsidRPr="009F0BC2">
      <w:rPr>
        <w:rFonts w:ascii="Times New Roman" w:hAnsi="Times New Roman" w:cs="Times New Roman"/>
        <w:sz w:val="14"/>
        <w:szCs w:val="14"/>
      </w:rPr>
      <w:t xml:space="preserve"> </w:t>
    </w:r>
    <w:proofErr w:type="spellStart"/>
    <w:r w:rsidRPr="009F0BC2">
      <w:rPr>
        <w:rFonts w:ascii="Times New Roman" w:hAnsi="Times New Roman" w:cs="Times New Roman"/>
        <w:sz w:val="14"/>
        <w:szCs w:val="14"/>
      </w:rPr>
      <w:t>A</w:t>
    </w:r>
    <w:r>
      <w:rPr>
        <w:rFonts w:ascii="Times New Roman" w:hAnsi="Times New Roman" w:cs="Times New Roman"/>
        <w:sz w:val="14"/>
        <w:szCs w:val="14"/>
      </w:rPr>
      <w:t>ssistenza</w:t>
    </w:r>
    <w:proofErr w:type="spellEnd"/>
    <w:r>
      <w:rPr>
        <w:rFonts w:ascii="Times New Roman" w:hAnsi="Times New Roman" w:cs="Times New Roman"/>
        <w:sz w:val="14"/>
        <w:szCs w:val="14"/>
      </w:rPr>
      <w:t xml:space="preserve"> e </w:t>
    </w:r>
    <w:proofErr w:type="spellStart"/>
    <w:r>
      <w:rPr>
        <w:rFonts w:ascii="Times New Roman" w:hAnsi="Times New Roman" w:cs="Times New Roman"/>
        <w:sz w:val="14"/>
        <w:szCs w:val="14"/>
      </w:rPr>
      <w:t>lavoro</w:t>
    </w:r>
    <w:proofErr w:type="spellEnd"/>
    <w:r>
      <w:rPr>
        <w:rFonts w:ascii="Times New Roman" w:hAnsi="Times New Roman" w:cs="Times New Roman"/>
        <w:sz w:val="14"/>
        <w:szCs w:val="14"/>
      </w:rPr>
      <w:t xml:space="preserve"> </w:t>
    </w:r>
    <w:proofErr w:type="spellStart"/>
    <w:r>
      <w:rPr>
        <w:rFonts w:ascii="Times New Roman" w:hAnsi="Times New Roman" w:cs="Times New Roman"/>
        <w:sz w:val="14"/>
        <w:szCs w:val="14"/>
      </w:rPr>
      <w:t>s.c.s</w:t>
    </w:r>
    <w:proofErr w:type="spellEnd"/>
    <w:r>
      <w:rPr>
        <w:rFonts w:ascii="Times New Roman" w:hAnsi="Times New Roman" w:cs="Times New Roman"/>
        <w:sz w:val="14"/>
        <w:szCs w:val="14"/>
      </w:rPr>
      <w:t xml:space="preserve">. per </w:t>
    </w:r>
    <w:proofErr w:type="spellStart"/>
    <w:r>
      <w:rPr>
        <w:rFonts w:ascii="Times New Roman" w:hAnsi="Times New Roman" w:cs="Times New Roman"/>
        <w:sz w:val="14"/>
        <w:szCs w:val="14"/>
      </w:rPr>
      <w:t>azioni</w:t>
    </w:r>
    <w:proofErr w:type="spellEnd"/>
    <w:r>
      <w:rPr>
        <w:rFonts w:ascii="Times New Roman" w:hAnsi="Times New Roman" w:cs="Times New Roman"/>
        <w:sz w:val="14"/>
        <w:szCs w:val="14"/>
      </w:rPr>
      <w:t xml:space="preserve"> - ETS</w:t>
    </w:r>
  </w:p>
  <w:p w14:paraId="1425A977" w14:textId="77777777" w:rsidR="000B511A" w:rsidRPr="009F0BC2" w:rsidRDefault="000B511A" w:rsidP="000B511A">
    <w:pPr>
      <w:pStyle w:val="Pidipagina"/>
      <w:jc w:val="right"/>
      <w:rPr>
        <w:rFonts w:ascii="Times New Roman" w:hAnsi="Times New Roman" w:cs="Times New Roman"/>
        <w:sz w:val="14"/>
        <w:szCs w:val="14"/>
      </w:rPr>
    </w:pPr>
    <w:proofErr w:type="spellStart"/>
    <w:r w:rsidRPr="009F0BC2">
      <w:rPr>
        <w:rFonts w:ascii="Times New Roman" w:hAnsi="Times New Roman" w:cs="Times New Roman"/>
        <w:sz w:val="14"/>
        <w:szCs w:val="14"/>
      </w:rPr>
      <w:t>Sede</w:t>
    </w:r>
    <w:proofErr w:type="spellEnd"/>
    <w:r w:rsidRPr="009F0BC2">
      <w:rPr>
        <w:rFonts w:ascii="Times New Roman" w:hAnsi="Times New Roman" w:cs="Times New Roman"/>
        <w:sz w:val="14"/>
        <w:szCs w:val="14"/>
      </w:rPr>
      <w:t xml:space="preserve"> </w:t>
    </w:r>
    <w:proofErr w:type="spellStart"/>
    <w:r w:rsidRPr="009F0BC2">
      <w:rPr>
        <w:rFonts w:ascii="Times New Roman" w:hAnsi="Times New Roman" w:cs="Times New Roman"/>
        <w:sz w:val="14"/>
        <w:szCs w:val="14"/>
      </w:rPr>
      <w:t>legale</w:t>
    </w:r>
    <w:proofErr w:type="spellEnd"/>
    <w:r w:rsidRPr="009F0BC2">
      <w:rPr>
        <w:rFonts w:ascii="Times New Roman" w:hAnsi="Times New Roman" w:cs="Times New Roman"/>
        <w:sz w:val="14"/>
        <w:szCs w:val="14"/>
      </w:rPr>
      <w:t xml:space="preserve">: Via Generale Clark n. 47 - 84131 Salerno </w:t>
    </w:r>
    <w:r>
      <w:rPr>
        <w:rFonts w:ascii="Times New Roman" w:hAnsi="Times New Roman" w:cs="Times New Roman"/>
        <w:sz w:val="14"/>
        <w:szCs w:val="14"/>
      </w:rPr>
      <w:t xml:space="preserve">- </w:t>
    </w:r>
    <w:r w:rsidRPr="009F0BC2">
      <w:rPr>
        <w:rFonts w:ascii="Times New Roman" w:hAnsi="Times New Roman" w:cs="Times New Roman"/>
        <w:sz w:val="14"/>
        <w:szCs w:val="14"/>
      </w:rPr>
      <w:t>CF/PIVA: 02768890648</w:t>
    </w:r>
  </w:p>
  <w:p w14:paraId="03E2FD38" w14:textId="77777777" w:rsidR="000B511A" w:rsidRPr="009F0BC2" w:rsidRDefault="000B511A" w:rsidP="000B511A">
    <w:pPr>
      <w:pStyle w:val="Pidipagina"/>
      <w:jc w:val="right"/>
      <w:rPr>
        <w:rFonts w:ascii="Times New Roman" w:hAnsi="Times New Roman" w:cs="Times New Roman"/>
        <w:sz w:val="14"/>
        <w:szCs w:val="14"/>
      </w:rPr>
    </w:pPr>
    <w:proofErr w:type="spellStart"/>
    <w:r w:rsidRPr="009F0BC2">
      <w:rPr>
        <w:rFonts w:ascii="Times New Roman" w:hAnsi="Times New Roman" w:cs="Times New Roman"/>
        <w:sz w:val="14"/>
        <w:szCs w:val="14"/>
      </w:rPr>
      <w:t>Sede</w:t>
    </w:r>
    <w:proofErr w:type="spellEnd"/>
    <w:r w:rsidRPr="009F0BC2">
      <w:rPr>
        <w:rFonts w:ascii="Times New Roman" w:hAnsi="Times New Roman" w:cs="Times New Roman"/>
        <w:sz w:val="14"/>
        <w:szCs w:val="14"/>
      </w:rPr>
      <w:t xml:space="preserve"> </w:t>
    </w:r>
    <w:proofErr w:type="spellStart"/>
    <w:r w:rsidRPr="009F0BC2">
      <w:rPr>
        <w:rFonts w:ascii="Times New Roman" w:hAnsi="Times New Roman" w:cs="Times New Roman"/>
        <w:sz w:val="14"/>
        <w:szCs w:val="14"/>
      </w:rPr>
      <w:t>operativa</w:t>
    </w:r>
    <w:proofErr w:type="spellEnd"/>
    <w:r w:rsidRPr="009F0BC2">
      <w:rPr>
        <w:rFonts w:ascii="Times New Roman" w:hAnsi="Times New Roman" w:cs="Times New Roman"/>
        <w:sz w:val="14"/>
        <w:szCs w:val="14"/>
      </w:rPr>
      <w:t>: Via San Leonardo n. 52 (Scala C – II piano) – 84131 Salerno</w:t>
    </w:r>
  </w:p>
  <w:p w14:paraId="36190FA8" w14:textId="77777777" w:rsidR="000B511A" w:rsidRPr="009F0BC2" w:rsidRDefault="000B511A" w:rsidP="000B511A">
    <w:pPr>
      <w:pStyle w:val="Pidipagina"/>
      <w:jc w:val="right"/>
      <w:rPr>
        <w:rStyle w:val="Collegamentoipertestuale"/>
        <w:rFonts w:ascii="Times New Roman" w:hAnsi="Times New Roman" w:cs="Times New Roman"/>
        <w:sz w:val="14"/>
        <w:szCs w:val="14"/>
      </w:rPr>
    </w:pPr>
    <w:hyperlink r:id="rId2" w:history="1">
      <w:r w:rsidRPr="009F0BC2">
        <w:rPr>
          <w:rStyle w:val="Collegamentoipertestuale"/>
          <w:rFonts w:ascii="Times New Roman" w:hAnsi="Times New Roman" w:cs="Times New Roman"/>
          <w:sz w:val="14"/>
          <w:szCs w:val="14"/>
        </w:rPr>
        <w:t>www.cooperativaassel.org</w:t>
      </w:r>
    </w:hyperlink>
    <w:r>
      <w:rPr>
        <w:rFonts w:ascii="Times New Roman" w:hAnsi="Times New Roman" w:cs="Times New Roman"/>
        <w:sz w:val="14"/>
        <w:szCs w:val="14"/>
      </w:rPr>
      <w:t xml:space="preserve"> - </w:t>
    </w:r>
    <w:hyperlink r:id="rId3" w:history="1">
      <w:r w:rsidRPr="009F0BC2">
        <w:rPr>
          <w:rStyle w:val="Collegamentoipertestuale"/>
          <w:rFonts w:ascii="Times New Roman" w:hAnsi="Times New Roman" w:cs="Times New Roman"/>
          <w:sz w:val="14"/>
          <w:szCs w:val="14"/>
        </w:rPr>
        <w:t>scopri@cooperativaassel.org</w:t>
      </w:r>
    </w:hyperlink>
    <w:r>
      <w:rPr>
        <w:rFonts w:ascii="Times New Roman" w:hAnsi="Times New Roman" w:cs="Times New Roman"/>
        <w:sz w:val="14"/>
        <w:szCs w:val="14"/>
      </w:rPr>
      <w:t xml:space="preserve"> -</w:t>
    </w:r>
    <w:r w:rsidRPr="009F0BC2">
      <w:rPr>
        <w:rStyle w:val="Collegamentoipertestuale"/>
        <w:rFonts w:ascii="Times New Roman" w:hAnsi="Times New Roman" w:cs="Times New Roman"/>
        <w:sz w:val="14"/>
        <w:szCs w:val="14"/>
        <w:u w:val="none"/>
      </w:rPr>
      <w:t xml:space="preserve"> </w:t>
    </w:r>
    <w:hyperlink r:id="rId4" w:history="1">
      <w:r w:rsidRPr="009F0BC2">
        <w:rPr>
          <w:rStyle w:val="Collegamentoipertestuale"/>
          <w:rFonts w:ascii="Times New Roman" w:hAnsi="Times New Roman" w:cs="Times New Roman"/>
          <w:sz w:val="14"/>
          <w:szCs w:val="14"/>
        </w:rPr>
        <w:t>info@cooperativaassel.org</w:t>
      </w:r>
    </w:hyperlink>
  </w:p>
  <w:p w14:paraId="3022BA16" w14:textId="7A7A705A" w:rsidR="00804D9C" w:rsidRDefault="000B511A" w:rsidP="000B511A">
    <w:pPr>
      <w:pStyle w:val="Pidipagina"/>
      <w:jc w:val="right"/>
    </w:pPr>
    <w:r w:rsidRPr="009F0BC2">
      <w:rPr>
        <w:rStyle w:val="Collegamentoipertestuale"/>
        <w:rFonts w:ascii="Times New Roman" w:hAnsi="Times New Roman" w:cs="Times New Roman"/>
        <w:sz w:val="14"/>
        <w:szCs w:val="14"/>
      </w:rPr>
      <w:t>amministrazione@pec.cooperativaassel.org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3A1C11" w14:textId="77777777" w:rsidR="00FB4F2D" w:rsidRDefault="00FB4F2D">
      <w:pPr>
        <w:spacing w:after="0" w:line="240" w:lineRule="auto"/>
      </w:pPr>
      <w:r>
        <w:separator/>
      </w:r>
    </w:p>
  </w:footnote>
  <w:footnote w:type="continuationSeparator" w:id="0">
    <w:p w14:paraId="125534D0" w14:textId="77777777" w:rsidR="00FB4F2D" w:rsidRDefault="00FB4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7"/>
      <w:gridCol w:w="2474"/>
      <w:gridCol w:w="2796"/>
      <w:gridCol w:w="2455"/>
    </w:tblGrid>
    <w:tr w:rsidR="00A40705" w14:paraId="2338CF5F" w14:textId="77777777" w:rsidTr="00A40705">
      <w:trPr>
        <w:jc w:val="center"/>
      </w:trPr>
      <w:tc>
        <w:tcPr>
          <w:tcW w:w="2613" w:type="dxa"/>
        </w:tcPr>
        <w:p w14:paraId="13A332E1" w14:textId="00A6BD93" w:rsidR="00A40705" w:rsidRDefault="00A40705" w:rsidP="00A40705">
          <w:pPr>
            <w:pStyle w:val="Intestazione"/>
            <w:jc w:val="center"/>
          </w:pPr>
          <w:r>
            <w:rPr>
              <w:noProof/>
              <w:lang w:eastAsia="it-IT"/>
            </w:rPr>
            <w:drawing>
              <wp:inline distT="0" distB="0" distL="0" distR="0" wp14:anchorId="17C35199" wp14:editId="3B1E1FF8">
                <wp:extent cx="1396365" cy="530225"/>
                <wp:effectExtent l="0" t="0" r="0" b="317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6365" cy="530225"/>
                        </a:xfrm>
                        <a:prstGeom prst="rect">
                          <a:avLst/>
                        </a:prstGeom>
                        <a:noFill/>
                      </pic:spPr>
                    </pic:pic>
                  </a:graphicData>
                </a:graphic>
              </wp:inline>
            </w:drawing>
          </w:r>
        </w:p>
      </w:tc>
      <w:tc>
        <w:tcPr>
          <w:tcW w:w="2613" w:type="dxa"/>
        </w:tcPr>
        <w:p w14:paraId="76E395E3" w14:textId="35FCBA99" w:rsidR="00A40705" w:rsidRDefault="00A40705" w:rsidP="00A40705">
          <w:pPr>
            <w:pStyle w:val="Intestazione"/>
            <w:jc w:val="center"/>
          </w:pPr>
          <w:r>
            <w:rPr>
              <w:noProof/>
              <w:lang w:eastAsia="it-IT"/>
            </w:rPr>
            <w:drawing>
              <wp:inline distT="0" distB="0" distL="0" distR="0" wp14:anchorId="3B8F56F3" wp14:editId="05077A2E">
                <wp:extent cx="847725" cy="530225"/>
                <wp:effectExtent l="0" t="0" r="9525" b="317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530225"/>
                        </a:xfrm>
                        <a:prstGeom prst="rect">
                          <a:avLst/>
                        </a:prstGeom>
                        <a:noFill/>
                      </pic:spPr>
                    </pic:pic>
                  </a:graphicData>
                </a:graphic>
              </wp:inline>
            </w:drawing>
          </w:r>
        </w:p>
      </w:tc>
      <w:tc>
        <w:tcPr>
          <w:tcW w:w="2613" w:type="dxa"/>
        </w:tcPr>
        <w:p w14:paraId="13FA0F7E" w14:textId="34674BD0" w:rsidR="00A40705" w:rsidRDefault="00A40705" w:rsidP="00A40705">
          <w:pPr>
            <w:pStyle w:val="Intestazione"/>
            <w:jc w:val="both"/>
          </w:pPr>
          <w:r>
            <w:rPr>
              <w:noProof/>
              <w:lang w:eastAsia="it-IT"/>
            </w:rPr>
            <w:drawing>
              <wp:inline distT="0" distB="0" distL="0" distR="0" wp14:anchorId="79D43F9A" wp14:editId="5E98FD5D">
                <wp:extent cx="1633855" cy="701040"/>
                <wp:effectExtent l="0" t="0" r="4445" b="381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33855" cy="701040"/>
                        </a:xfrm>
                        <a:prstGeom prst="rect">
                          <a:avLst/>
                        </a:prstGeom>
                        <a:noFill/>
                      </pic:spPr>
                    </pic:pic>
                  </a:graphicData>
                </a:graphic>
              </wp:inline>
            </w:drawing>
          </w:r>
        </w:p>
      </w:tc>
      <w:tc>
        <w:tcPr>
          <w:tcW w:w="2613" w:type="dxa"/>
        </w:tcPr>
        <w:p w14:paraId="7B310925" w14:textId="34AA40BE" w:rsidR="00A40705" w:rsidRDefault="00A40705" w:rsidP="00A40705">
          <w:pPr>
            <w:pStyle w:val="Intestazione"/>
            <w:jc w:val="center"/>
          </w:pPr>
          <w:r>
            <w:rPr>
              <w:noProof/>
              <w:lang w:eastAsia="it-IT"/>
            </w:rPr>
            <w:drawing>
              <wp:inline distT="0" distB="0" distL="0" distR="0" wp14:anchorId="028276D8" wp14:editId="6215EA53">
                <wp:extent cx="768350" cy="664210"/>
                <wp:effectExtent l="0" t="0" r="0" b="254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8350" cy="664210"/>
                        </a:xfrm>
                        <a:prstGeom prst="rect">
                          <a:avLst/>
                        </a:prstGeom>
                        <a:noFill/>
                      </pic:spPr>
                    </pic:pic>
                  </a:graphicData>
                </a:graphic>
              </wp:inline>
            </w:drawing>
          </w:r>
        </w:p>
      </w:tc>
    </w:tr>
  </w:tbl>
  <w:p w14:paraId="27FEFF5B" w14:textId="5EE53BD4" w:rsidR="00A40705" w:rsidRDefault="00A40705" w:rsidP="00A40705">
    <w:pPr>
      <w:pStyle w:val="Intestazione"/>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6C5A7A72"/>
    <w:multiLevelType w:val="multilevel"/>
    <w:tmpl w:val="693EC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5141084">
    <w:abstractNumId w:val="8"/>
  </w:num>
  <w:num w:numId="2" w16cid:durableId="1386248452">
    <w:abstractNumId w:val="6"/>
  </w:num>
  <w:num w:numId="3" w16cid:durableId="710960757">
    <w:abstractNumId w:val="5"/>
  </w:num>
  <w:num w:numId="4" w16cid:durableId="1377194565">
    <w:abstractNumId w:val="4"/>
  </w:num>
  <w:num w:numId="5" w16cid:durableId="1863593736">
    <w:abstractNumId w:val="7"/>
  </w:num>
  <w:num w:numId="6" w16cid:durableId="1439374986">
    <w:abstractNumId w:val="3"/>
  </w:num>
  <w:num w:numId="7" w16cid:durableId="50465553">
    <w:abstractNumId w:val="2"/>
  </w:num>
  <w:num w:numId="8" w16cid:durableId="1797092863">
    <w:abstractNumId w:val="1"/>
  </w:num>
  <w:num w:numId="9" w16cid:durableId="1694065331">
    <w:abstractNumId w:val="0"/>
  </w:num>
  <w:num w:numId="10" w16cid:durableId="377705500">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511A"/>
    <w:rsid w:val="0015074B"/>
    <w:rsid w:val="0029639D"/>
    <w:rsid w:val="00326F90"/>
    <w:rsid w:val="00465030"/>
    <w:rsid w:val="00804D9C"/>
    <w:rsid w:val="008511DD"/>
    <w:rsid w:val="0085442A"/>
    <w:rsid w:val="00A40705"/>
    <w:rsid w:val="00AA1D8D"/>
    <w:rsid w:val="00AE6729"/>
    <w:rsid w:val="00B47730"/>
    <w:rsid w:val="00B75A61"/>
    <w:rsid w:val="00CB0664"/>
    <w:rsid w:val="00FB4F2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BA4C7E"/>
  <w14:defaultImageDpi w14:val="300"/>
  <w15:docId w15:val="{0B3391FF-1735-F545-8D8A-0C0507C2A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hAnsi="Arial"/>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eWeb">
    <w:name w:val="Normal (Web)"/>
    <w:basedOn w:val="Normale"/>
    <w:uiPriority w:val="99"/>
    <w:unhideWhenUsed/>
    <w:rsid w:val="0085442A"/>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apple-converted-space">
    <w:name w:val="apple-converted-space"/>
    <w:basedOn w:val="Carpredefinitoparagrafo"/>
    <w:rsid w:val="0085442A"/>
  </w:style>
  <w:style w:type="character" w:styleId="Collegamentoipertestuale">
    <w:name w:val="Hyperlink"/>
    <w:basedOn w:val="Carpredefinitoparagrafo"/>
    <w:uiPriority w:val="99"/>
    <w:unhideWhenUsed/>
    <w:rsid w:val="000B51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scopri@cooperativaassel.org" TargetMode="External"/><Relationship Id="rId2" Type="http://schemas.openxmlformats.org/officeDocument/2006/relationships/hyperlink" Target="http://www.cooperativaassel.org/" TargetMode="External"/><Relationship Id="rId1" Type="http://schemas.openxmlformats.org/officeDocument/2006/relationships/image" Target="media/image5.png"/><Relationship Id="rId4" Type="http://schemas.openxmlformats.org/officeDocument/2006/relationships/hyperlink" Target="mailto:info@cooperativaassel.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1460</Words>
  <Characters>8327</Characters>
  <Application>Microsoft Office Word</Application>
  <DocSecurity>0</DocSecurity>
  <Lines>69</Lines>
  <Paragraphs>19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3</cp:revision>
  <dcterms:created xsi:type="dcterms:W3CDTF">2026-07-02T08:06:00Z</dcterms:created>
  <dcterms:modified xsi:type="dcterms:W3CDTF">2026-07-02T08:11:00Z</dcterms:modified>
  <cp:category/>
</cp:coreProperties>
</file>